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ZGODA NA WYJAZD MAŁOLETNIEGO DZIECKA ZA GRANICĘ</w:t>
      </w:r>
    </w:p>
    <w:p>
      <w:pPr>
        <w:spacing w:before="0" w:after="160"/>
        <w:jc w:val="center"/>
      </w:pPr>
      <w:r>
        <w:rPr>
          <w:b w:val="0"/>
          <w:i/>
        </w:rPr>
        <w:t>oświadczenie rodzica (rodziców) wykonującego władzę rodzicielską</w:t>
      </w:r>
    </w:p>
    <w:p>
      <w:pPr>
        <w:spacing w:before="80" w:after="40"/>
      </w:pPr>
      <w:r>
        <w:rPr>
          <w:b/>
          <w:i/>
        </w:rPr>
        <w:t>Rodzic (rodzice) wyrażający zgodę: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1.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399" w:val="right" w:leader="dot"/>
          <w:tab w:pos="662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osobistego lub paszportu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2.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399" w:val="right" w:leader="dot"/>
          <w:tab w:pos="662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osobistego lub paszportu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Drugiego rodzica wpisz tylko wtedy, gdy oboje podpisujecie zgodę (np. dziecko jedzie z babcią, na obóz albo samo). Gdy dziecko jedzie z jednym z rodziców, zgodę podpisuje drugi rodzic.</w:t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Dziecko: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dziecka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</w:t>
        <w:tab/>
      </w:r>
    </w:p>
    <w:p>
      <w:pPr>
        <w:tabs>
          <w:tab w:pos="3422" w:val="right" w:leader="dot"/>
          <w:tab w:pos="36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paszportu lub dowodu osobistego dziecka </w:t>
        <w:tab/>
      </w:r>
    </w:p>
    <w:p>
      <w:pPr>
        <w:spacing w:before="120" w:after="40"/>
      </w:pPr>
      <w:r>
        <w:rPr>
          <w:b/>
          <w:i w:val="0"/>
        </w:rPr>
        <w:t>Wyjazd</w:t>
      </w:r>
    </w:p>
    <w:p>
      <w:pPr>
        <w:spacing w:before="0" w:after="40"/>
        <w:jc w:val="both"/>
      </w:pPr>
      <w:r>
        <w:rPr>
          <w:b/>
          <w:i w:val="0"/>
        </w:rPr>
        <w:t>Oświadczam (oświadczamy), że wyrażam(-y) zgodę na wyjazd dziecka za granicę: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Państwo (państwa) docelowe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wyjazdu: 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Cel (wakacje, obóz, wymiana, zawody)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środek transportu </w:t>
        <w:tab/>
      </w:r>
    </w:p>
    <w:p>
      <w:pPr>
        <w:spacing w:before="0" w:after="40"/>
        <w:jc w:val="both"/>
      </w:pPr>
      <w:r>
        <w:rPr>
          <w:b w:val="0"/>
          <w:i w:val="0"/>
        </w:rPr>
        <w:t>Dziecko podróżuje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drugim rodzicem, wymienionym niżej jako opiekun,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inną osobą dorosłą, wymienioną niżej jako opiekun,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ramach wyjazdu zorganizowanego (kolonia, obóz, wycieczka szkolna) pod opieką organizatora,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samodzielnie, w tym z usługą opieki przewoźnika nad dzieckiem podróżującym bez opiekuna.</w:t>
      </w:r>
    </w:p>
    <w:p>
      <w:pPr>
        <w:spacing w:before="120" w:after="40"/>
      </w:pPr>
      <w:r>
        <w:rPr>
          <w:b/>
          <w:i w:val="0"/>
        </w:rPr>
        <w:t>Opiekun w czasie wyjazdu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opiekuna lub nazwa organizatora </w:t>
        <w:tab/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lub nr dokumentu tożsamości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pobytu za granicą </w:t>
        <w:tab/>
      </w:r>
    </w:p>
    <w:p>
      <w:pPr>
        <w:spacing w:before="0" w:after="40"/>
        <w:jc w:val="both"/>
      </w:pPr>
      <w:r>
        <w:rPr>
          <w:b w:val="0"/>
          <w:i w:val="0"/>
        </w:rPr>
        <w:t>Upoważniam (upoważniamy) opiekuna do sprawowania bieżącej pieczy nad dzieckiem w czasie wyjazdu. W razie nagłej potrzeby medycznej proszę o natychmiastowy kontakt pod numerami podanymi wyżej; upoważniam opiekuna do wezwania pomocy, przekazania lekarzowi informacji o zdrowiu dziecka i odbioru dokumentacji. Zgodę na zabieg lub leczenie wyrażają rodzice, a gdy kontakt z nimi jest niemożliwy, decyduje lekarz lub sąd według prawa państwa pobytu.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Ważne informacje o zdrowiu (alergie, leki, choroby) </w:t>
        <w:tab/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/>
          <w:i/>
        </w:rPr>
        <w:t>Załączniki (zaznacz dołączone):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odpis skrócony aktu urodzenia,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tłumaczenie zgody na język państwa docelowego.</w:t>
      </w:r>
    </w:p>
    <w:p>
      <w:pPr>
        <w:spacing w:before="0" w:after="40"/>
        <w:jc w:val="both"/>
      </w:pPr>
      <w:r>
        <w:rPr>
          <w:b w:val="0"/>
          <w:i/>
          <w:sz w:val="18"/>
        </w:rPr>
        <w:t>Polskie przepisy nie przewidują urzędowego formularza zgody. Niektóre państwa i przewoźnicy wymagają podpisów poświadczonych notarialnie i tłumaczenia: sprawdź to przed wyjazdem.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czytelny podpis rodzica 1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czytelny podpis rodzica 2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Dziecko wyrosło z wózka, fotelika albo ubranek?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denwi.pl/wzory-umow/zgoda-na-wyjazd-dziecka-za-granice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dzieci&amp;utm_source=wzor-pdf&amp;utm_medium=docx&amp;utm_campaign=zgoda-na-wyjazd-dziecka-za-g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wyjazd dziecka za granicę - wzór Word (Denwi.pl)</dc:title>
  <dc:subject>Wzór zgody rodzica lub obojga rodziców na wyjazd małoletniego za granicę z jednym rodzicem, z inną osobą dorosłą albo na zorganizowany wyjazd</dc:subject>
  <dc:creator>Denwi.pl</dc:creator>
  <cp:keywords>zgoda na wyjazd dziecka za granicę, zgoda rodziców na wyjazd dziecka, zgoda drugiego rodzica na wyjazd, wyjazd małoletniego za granicę,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