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tabs>
          <w:tab w:pos="4422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(imię i nazwisko albo nazwa nadawcy)</w:t>
      </w:r>
    </w:p>
    <w:p>
      <w:pPr>
        <w:tabs>
          <w:tab w:pos="4422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(adres nadawcy, telefon lub e-mail)</w:t>
      </w:r>
    </w:p>
    <w:p>
      <w:pPr>
        <w:tabs>
          <w:tab w:pos="9638" w:val="right" w:leader="dot"/>
        </w:tabs>
        <w:spacing w:before="120" w:after="0"/>
        <w:ind w:left="4649"/>
      </w:pPr>
      <w:r>
        <w:rPr>
          <w:b w:val="0"/>
          <w:i w:val="0"/>
        </w:rPr>
        <w:tab/>
      </w:r>
    </w:p>
    <w:p>
      <w:pPr>
        <w:spacing w:before="0" w:after="40"/>
        <w:ind w:left="4649"/>
      </w:pPr>
      <w:r>
        <w:rPr>
          <w:b w:val="0"/>
          <w:i/>
          <w:sz w:val="15"/>
        </w:rPr>
        <w:t>(imię i nazwisko albo nazwa adresata)</w:t>
      </w:r>
    </w:p>
    <w:p>
      <w:pPr>
        <w:tabs>
          <w:tab w:pos="9638" w:val="right" w:leader="dot"/>
        </w:tabs>
        <w:spacing w:before="120" w:after="0"/>
        <w:ind w:left="4649"/>
      </w:pPr>
      <w:r>
        <w:rPr>
          <w:b w:val="0"/>
          <w:i w:val="0"/>
        </w:rPr>
        <w:tab/>
      </w:r>
    </w:p>
    <w:p>
      <w:pPr>
        <w:spacing w:before="0" w:after="40"/>
        <w:ind w:left="4649"/>
      </w:pPr>
      <w:r>
        <w:rPr>
          <w:b w:val="0"/>
          <w:i/>
          <w:sz w:val="15"/>
        </w:rPr>
        <w:t>(adres do doręczeń)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WYPOWIEDZENIE UMOWY ZLECENIA</w:t>
      </w:r>
    </w:p>
    <w:p>
      <w:pPr>
        <w:spacing w:before="0" w:after="40"/>
        <w:jc w:val="both"/>
      </w:pPr>
      <w:r>
        <w:rPr>
          <w:b w:val="0"/>
          <w:i w:val="0"/>
        </w:rPr>
        <w:t>Jako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Zleceniodawca (dający zlecenie),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Zleceniobiorca (przyjmujący zlecenie),</w:t>
      </w:r>
    </w:p>
    <w:p>
      <w:pPr>
        <w:spacing w:before="0" w:after="40"/>
        <w:jc w:val="both"/>
      </w:pPr>
      <w:r>
        <w:rPr>
          <w:b w:val="0"/>
          <w:i w:val="0"/>
        </w:rPr>
        <w:t>na podstawie art. 746 k.c. wypowiadam umowę zlecenia (albo o świadczenie usług, art. 750 k.c.)</w:t>
      </w:r>
    </w:p>
    <w:p>
      <w:pPr>
        <w:tabs>
          <w:tab w:pos="4092" w:val="right" w:leader="dot"/>
          <w:tab w:pos="431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zawartą w dniu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lub tytuł umowy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której przedmiotem jest </w:t>
        <w:tab/>
      </w:r>
    </w:p>
    <w:p>
      <w:pPr>
        <w:spacing w:before="120" w:after="40"/>
      </w:pPr>
      <w:r>
        <w:rPr>
          <w:b/>
          <w:i w:val="0"/>
        </w:rPr>
        <w:t>1. Termin rozwiązania umowy (zaznacz jedno)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ze skutkiem natychmiastowym, z chwilą doręczenia tego pisma,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 zachowaniem okresu wypowiedzenia z § ........ umowy, wynoszącego ...................................... 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 dniem wskazanym niżej.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Umowa ulega rozwiązaniu z dniem </w:t>
        <w:tab/>
      </w:r>
    </w:p>
    <w:p>
      <w:pPr>
        <w:spacing w:before="120" w:after="40"/>
      </w:pPr>
      <w:r>
        <w:rPr>
          <w:b/>
          <w:i w:val="0"/>
        </w:rPr>
        <w:t>2. Przyczyna wypowiedzenia (zaznacz jedno)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wypowiadam z ważnego powodu, którym jest: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wypowiadam bez podawania przyczyny.</w:t>
      </w:r>
    </w:p>
    <w:p>
      <w:pPr>
        <w:spacing w:before="0" w:after="40"/>
        <w:jc w:val="both"/>
      </w:pPr>
      <w:r>
        <w:rPr>
          <w:b w:val="0"/>
          <w:i/>
          <w:sz w:val="18"/>
        </w:rPr>
        <w:t>Każda strona może wypowiedzieć zlecenie w każdym czasie, a z ważnych powodów także wtedy, gdy umowa przewiduje okres wypowiedzenia albo wyłącza wypowiedzenie (art. 746 § 3 k.c.). Brak ważnego powodu nie unieważnia wypowiedzenia, ale może rodzić obowiązek naprawienia szkody: zleceniodawcy zawsze, zleceniobiorcy przy zleceniu odpłatnym (art. 746 § 1 i 2 k.c.).</w:t>
      </w:r>
    </w:p>
    <w:p>
      <w:pPr>
        <w:spacing w:before="120" w:after="40"/>
      </w:pPr>
      <w:r>
        <w:rPr>
          <w:b/>
          <w:i w:val="0"/>
        </w:rPr>
        <w:t>3. Rozliczenie (zaznacz, jeśli dotyczy)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wnoszę o zapłatę wynagrodzenia za czynności wykonane do dnia rozwiązania umowy i zwrot poniesionych wydatków (art. 746 § 1 i art. 742 k.c.):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wynagrodzenie (zł)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wydatki (zł)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na rachunek nr </w:t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wnoszę o sprawozdanie z przebiegu zlecenia oraz wydanie wszystkiego, co zleceniobiorca uzyskał przy jego wykonywaniu, w tym dokumentów, rzeczy i danych (art. 740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zobowiązuję się zwrócić powierzone mi rzeczy (np. klucze, sprzęt, dokumenty) do dnia: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160" w:after="0"/>
      </w:pPr>
    </w:p>
    <w:p>
      <w:pPr>
        <w:tabs>
          <w:tab w:pos="9638" w:val="right" w:leader="dot"/>
        </w:tabs>
        <w:spacing w:before="120" w:after="0"/>
        <w:ind w:left="5669"/>
      </w:pPr>
      <w:r>
        <w:rPr>
          <w:b w:val="0"/>
          <w:i w:val="0"/>
        </w:rPr>
        <w:tab/>
      </w:r>
    </w:p>
    <w:p>
      <w:pPr>
        <w:spacing w:before="0" w:after="40"/>
        <w:ind w:left="5669"/>
      </w:pPr>
      <w:r>
        <w:rPr>
          <w:b w:val="0"/>
          <w:i/>
          <w:sz w:val="15"/>
        </w:rPr>
        <w:t>(czytelny podpis nadawcy)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Odbiór pisma potwierdzam: data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podpis adresata </w:t>
        <w:tab/>
      </w:r>
    </w:p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Szukasz zleceń albo wykonawcy? Dodaj ogłoszenie za darmo na denwi.pl, bez prowizji.</w:t>
      <w:br/>
    </w:r>
    <w:r>
      <w:rPr>
        <w:b w:val="0"/>
        <w:i w:val="0"/>
        <w:sz w:val="14"/>
      </w:rPr>
      <w:t>Bezpłatny wzór: denwi.pl/wzory-umow/wypowiedzenie-umowy-zlecenia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Wypowiedzenie umowy zlecenia - wzór Word (Denwi.pl)</dc:title>
  <dc:subject>Wzór wypowiedzenia umowy zlecenia przez zleceniodawcę albo zleceniobiorcę, z art. 746 Kodeksu cywilnego</dc:subject>
  <dc:creator>Denwi.pl</dc:creator>
  <cp:keywords>wypowiedzenie umowy zlecenia, wzór wypowiedzenia umowy zlecenia, wypowiedzenie umowy zlecenia przez zleceniobiorcę, wypowiedzenie umowy zlecenia przez zleceniodawcę, art. 746 k.c.,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