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ubezpieczającego)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(PESEL, telefon lub e-mail)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(nazwa zakładu ubezpieczeń)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do korespondencji)</w:t>
      </w:r>
    </w:p>
    <w:p>
      <w:pPr>
        <w:spacing w:before="120" w:after="0"/>
      </w:pPr>
    </w:p>
    <w:p>
      <w:pPr>
        <w:spacing w:before="0" w:after="160"/>
        <w:jc w:val="center"/>
      </w:pPr>
      <w:r>
        <w:rPr>
          <w:b/>
          <w:i w:val="0"/>
          <w:sz w:val="28"/>
        </w:rPr>
        <w:t>WYPOWIEDZENIE UMOWY UBEZPIECZENIA NA ŻYCIE</w:t>
      </w:r>
    </w:p>
    <w:p>
      <w:pPr>
        <w:spacing w:before="0" w:after="40"/>
        <w:jc w:val="both"/>
      </w:pPr>
      <w:r>
        <w:rPr>
          <w:b/>
          <w:i/>
        </w:rPr>
        <w:t>Dane umowy: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polisy lub certyfikatu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zawarcia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produktu lub ogólnych warunków ubezpieczenia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Ubezpieczony (jeśli to inna osoba) </w:t>
        <w:tab/>
      </w:r>
    </w:p>
    <w:p>
      <w:pPr>
        <w:spacing w:before="60" w:after="0"/>
      </w:pPr>
    </w:p>
    <w:p>
      <w:pPr>
        <w:spacing w:before="0" w:after="40"/>
        <w:jc w:val="both"/>
      </w:pPr>
      <w:r>
        <w:rPr>
          <w:b/>
          <w:i w:val="0"/>
        </w:rPr>
        <w:t>Oświadczam, że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wypowiadam powyższą umowę ubezpieczenia na życie na podstawie art. 830 § 1 Kodeksu cywilnego, z zachowaniem terminu wypowiedzenia określonego w umowie lub ogólnych warunkach ubezpieczenia, a jeśli go nie określono, ze skutkiem natychmiastowym,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odstępuję od umowy na podstawie art. 812 § 4 Kodeksu cywilnego (umowa zawarta na ponad 6 miesięcy, oświadczenie składam w ciągu 30 dni od jej zawarcia albo od dnia, w którym dowiedziałem(-am) się o prawie odstąpienia),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rezygnuję z ochrony w ubezpieczeniu grupowym (np. pracowniczym) i proszę o wyłączenie mnie z grona ubezpieczonych zgodnie z warunkami umowy grupowej.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Proszę o rozwiązanie umowy z dniem (jeśli wskazujesz datę) </w:t>
        <w:tab/>
      </w:r>
    </w:p>
    <w:p>
      <w:pPr>
        <w:spacing w:before="60" w:after="0"/>
      </w:pPr>
    </w:p>
    <w:p>
      <w:pPr>
        <w:spacing w:before="0" w:after="40"/>
        <w:jc w:val="both"/>
      </w:pPr>
      <w:r>
        <w:rPr>
          <w:b/>
          <w:i w:val="0"/>
        </w:rPr>
        <w:t>Proszę o zwrot składki za okres niewykorzystanej ochrony (art. 813 § 1 Kodeksu cywilnego), a jeśli umowa ma część oszczędnościową lub inwestycyjną, o wypłatę wartości wykupu lub środków zgodnie z ogólnymi warunkami ubezpieczenia, na rachunek: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rachunku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też o odwołanie stałego zlecenia lub polecenia zapłaty składek, jeśli pobiera je ubezpieczyciel.</w:t>
      </w:r>
    </w:p>
    <w:p>
      <w:pPr>
        <w:spacing w:before="0" w:after="40"/>
        <w:jc w:val="both"/>
      </w:pPr>
      <w:r>
        <w:rPr>
          <w:b w:val="0"/>
          <w:i w:val="0"/>
        </w:rPr>
        <w:t>Proszę o pisemne potwierdzenie rozwiązania umowy wraz z rozliczeniem.</w:t>
      </w:r>
    </w:p>
    <w:p>
      <w:pPr>
        <w:spacing w:before="0" w:after="40"/>
        <w:jc w:val="both"/>
      </w:pPr>
      <w:r>
        <w:rPr>
          <w:b w:val="0"/>
          <w:i/>
          <w:sz w:val="18"/>
        </w:rPr>
        <w:t>Polisa jest scedowana na bank (np. przy kredycie)? Umowa kredytu może wymagać utrzymania ochrony: sprawdź ją przed wypowiedzeniem. Przy polisach z wartością wykupu możliwe są opłaty z ogólnych warunków ubezpieczenia.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ubezpieczającego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rzeczy, których nie używasz?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denwi.pl/wzory-umow/wypowiedzenie-umowy-ubezpieczenia-na-zycie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utm_source=wzor-pdf&amp;utm_medium=docx&amp;utm_campaign=wypowiedzenie-umowy-ubezpieczenia-na-zy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ubezpieczenia na życie - wzór Word (Denwi.pl)</dc:title>
  <dc:subject>Wzór wypowiedzenia lub odstąpienia od indywidualnej umowy ubezpieczenia na życie (art. 830 § 1 i art. 812 § 4 Kodeksu cywilnego) oraz rezygnacji z ubezpieczenia grupowego</dc:subject>
  <dc:creator>Denwi.pl</dc:creator>
  <cp:keywords>wypowiedzenie umowy ubezpieczenia na życie, wypowiedzenie polisy na życie wzór, rezygnacja z ubezpieczenia na życie, odstąpienie od umowy ubezpieczenia na życie,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