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ubezpieczającego lub nabywcy pojazdu)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 zamieszkania)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(PESEL, telefon lub e-mail)</w:t>
      </w:r>
    </w:p>
    <w:p>
      <w:pPr>
        <w:tabs>
          <w:tab w:pos="9638" w:val="right" w:leader="dot"/>
        </w:tabs>
        <w:spacing w:before="120" w:after="0"/>
        <w:ind w:left="5216"/>
      </w:pPr>
      <w:r>
        <w:rPr>
          <w:b w:val="0"/>
          <w:i w:val="0"/>
        </w:rPr>
        <w:tab/>
      </w:r>
    </w:p>
    <w:p>
      <w:pPr>
        <w:spacing w:before="0" w:after="40"/>
        <w:ind w:left="5216"/>
      </w:pPr>
      <w:r>
        <w:rPr>
          <w:b w:val="0"/>
          <w:i/>
          <w:sz w:val="15"/>
        </w:rPr>
        <w:t>(nazwa zakładu ubezpieczeń)</w:t>
      </w:r>
    </w:p>
    <w:p>
      <w:pPr>
        <w:tabs>
          <w:tab w:pos="9638" w:val="right" w:leader="dot"/>
        </w:tabs>
        <w:spacing w:before="120" w:after="0"/>
        <w:ind w:left="5216"/>
      </w:pPr>
      <w:r>
        <w:rPr>
          <w:b w:val="0"/>
          <w:i w:val="0"/>
        </w:rPr>
        <w:tab/>
      </w:r>
    </w:p>
    <w:p>
      <w:pPr>
        <w:spacing w:before="0" w:after="40"/>
        <w:ind w:left="5216"/>
      </w:pPr>
      <w:r>
        <w:rPr>
          <w:b w:val="0"/>
          <w:i/>
          <w:sz w:val="15"/>
        </w:rPr>
        <w:t>(adres oddziału lub adres do korespondencji)</w:t>
      </w:r>
    </w:p>
    <w:p>
      <w:pPr>
        <w:spacing w:before="120" w:after="0"/>
      </w:pPr>
    </w:p>
    <w:p>
      <w:pPr>
        <w:spacing w:before="0" w:after="40"/>
        <w:jc w:val="center"/>
      </w:pPr>
      <w:r>
        <w:rPr>
          <w:b/>
          <w:i w:val="0"/>
          <w:sz w:val="28"/>
        </w:rPr>
        <w:t>WYPOWIEDZENIE UMOWY UBEZPIECZENIA OC</w:t>
      </w:r>
    </w:p>
    <w:p>
      <w:pPr>
        <w:spacing w:before="0" w:after="160"/>
        <w:jc w:val="center"/>
      </w:pPr>
      <w:r>
        <w:rPr>
          <w:b w:val="0"/>
          <w:i/>
        </w:rPr>
        <w:t>posiadaczy pojazdów mechanicznych</w:t>
      </w:r>
    </w:p>
    <w:p>
      <w:pPr>
        <w:spacing w:before="0" w:after="40"/>
        <w:jc w:val="both"/>
      </w:pPr>
      <w:r>
        <w:rPr>
          <w:b/>
          <w:i/>
        </w:rPr>
        <w:t>Dane umowy i pojazdu: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polisy </w:t>
        <w:tab/>
      </w:r>
    </w:p>
    <w:p>
      <w:pPr>
        <w:tabs>
          <w:tab w:pos="5411" w:val="right" w:leader="dot"/>
          <w:tab w:pos="563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Okres ubezpieczenia od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</w:t>
        <w:tab/>
      </w:r>
    </w:p>
    <w:p>
      <w:pPr>
        <w:spacing w:before="60" w:after="0"/>
      </w:pPr>
    </w:p>
    <w:p>
      <w:pPr>
        <w:spacing w:before="0" w:after="40"/>
        <w:jc w:val="both"/>
      </w:pPr>
      <w:r>
        <w:rPr>
          <w:b/>
          <w:i w:val="0"/>
        </w:rPr>
        <w:t>Wypowiadam powyższą umowę ubezpieczenia OC na podstawie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art. 31 ust. 1 ustawy o ubezpieczeniach obowiązkowych, UFG i PBUK: jako nabywca pojazdu wypowiadam umowę zawartą przez poprzedniego właściciela, która przeszła na mnie z chwilą nabycia pojazdu.</w:t>
      </w:r>
    </w:p>
    <w:p>
      <w:pPr>
        <w:tabs>
          <w:tab w:pos="6530" w:val="right" w:leader="dot"/>
          <w:tab w:pos="675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Poprzedni właściciel (imię i nazwisko)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nabycia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ma się rozwiązać z dniem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Dzień rozwiązania nie może być wcześniejszy niż dzień złożenia wypowiedzenia. Jeśli go nie wpiszesz, umowa rozwiąże się z dniem złożenia wypowiedzenia. Najpóźniej w dniu rozwiązania trzeba mieć nową umowę OC (art. 31 ust. 6).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art. 28 ust. 1 ustawy o ubezpieczeniach obowiązkowych, UFG i PBUK: wypowiadam umowę z końcem okresu, na który została zawarta, aby nie została zawarta następna umowa na kolejne 12 miesięcy.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art. 28a ust. 1 ustawy o ubezpieczeniach obowiązkowych, UFG i PBUK: pojazd jest ubezpieczony w tym samym czasie także w innym zakładzie ubezpieczeń, a ta umowa została zawarta automatycznie na kolejny okres (w trybie art. 28 ust. 1).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Druga umowa OC: ubezpieczyciel i nr polisy </w:t>
        <w:tab/>
      </w:r>
    </w:p>
    <w:p>
      <w:pPr>
        <w:spacing w:before="60" w:after="0"/>
      </w:pPr>
    </w:p>
    <w:p>
      <w:pPr>
        <w:spacing w:before="0" w:after="40"/>
        <w:jc w:val="both"/>
      </w:pPr>
      <w:r>
        <w:rPr>
          <w:b/>
          <w:i w:val="0"/>
        </w:rPr>
        <w:t>Proszę o zwrot składki za okres niewykorzystanej ochrony ubezpieczeniowej (art. 813 § 1 Kodeksu cywilnego), jeśli mi przysługuje, na rachunek bankowy: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Właściciel rachunku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Po wypowiedzeniu przez nabywcę ubezpieczyciele zwykle zwracają niewykorzystaną składkę osobie, która ją zapłaciła, czyli poprzedniemu właścicielowi. Wtedy wpisz jego rachunek albo zostaw te pola puste.</w:t>
      </w:r>
    </w:p>
    <w:p>
      <w:pPr>
        <w:spacing w:before="0" w:after="40"/>
        <w:jc w:val="both"/>
      </w:pPr>
      <w:r>
        <w:rPr>
          <w:b w:val="0"/>
          <w:i w:val="0"/>
        </w:rPr>
        <w:t>Proszę o potwierdzenie rozwiązania umowy na adres podany powyżej lub e-mailem.</w:t>
      </w:r>
    </w:p>
    <w:p>
      <w:pPr>
        <w:spacing w:before="60" w:after="0"/>
      </w:pPr>
    </w:p>
    <w:p>
      <w:pPr>
        <w:spacing w:before="0" w:after="40"/>
        <w:jc w:val="both"/>
      </w:pPr>
      <w:r>
        <w:rPr>
          <w:b/>
          <w:i/>
        </w:rPr>
        <w:t>Załączniki (zaznacz, jeśli dołączasz):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kopia umowy kupna-sprzedaży, faktury lub innego dokumentu nabycia pojazdu,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kopia polisy OC zawartej w innym zakładzie ubezpieczeń.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b/>
                <w:i w:val="0"/>
              </w:rPr>
              <w:t>czytelny podpis ubezpieczającego / nabywcy pojazdu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samochód?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denwi.pl/wzory-umow/wypowiedzenie-umowy-oc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wypowiedzenie-umowy-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OC - wzór Word (Denwi.pl)</dc:title>
  <dc:subject>Wzór wypowiedzenia umowy OC: po kupnie pojazdu (art. 31), z końcem okresu (art. 28) i przy podwójnym OC (art. 28a)</dc:subject>
  <dc:creator>Denwi.pl</dc:creator>
  <cp:keywords>wypowiedzenie OC, wypowiedzenie umowy OC wzór, wypowiedzenie OC po kupnie samochodu, wypowiedzenie OC nabywcy,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