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6123" w:val="left"/>
          <w:tab w:pos="9638" w:val="right" w:leader="dot"/>
        </w:tabs>
        <w:spacing w:before="0" w:after="0"/>
        <w:jc w:val="right"/>
      </w:pPr>
      <w:r>
        <w:rPr>
          <w:b w:val="0"/>
          <w:i w:val="0"/>
        </w:rPr>
        <w:tab/>
        <w:tab/>
      </w:r>
    </w:p>
    <w:p>
      <w:pPr>
        <w:spacing w:before="0" w:after="120"/>
        <w:jc w:val="right"/>
      </w:pPr>
      <w:r>
        <w:rPr>
          <w:b w:val="0"/>
          <w:i w:val="0"/>
          <w:sz w:val="16"/>
        </w:rPr>
        <w:t>(miejscowość, data)</w:t>
      </w:r>
    </w:p>
    <w:p>
      <w:pPr>
        <w:tabs>
          <w:tab w:pos="4422" w:val="right" w:leader="dot"/>
        </w:tabs>
        <w:spacing w:before="120" w:after="0"/>
        <w:ind w:left="0"/>
      </w:pPr>
      <w:r>
        <w:rPr>
          <w:b w:val="0"/>
          <w:i w:val="0"/>
        </w:rPr>
        <w:tab/>
      </w:r>
    </w:p>
    <w:p>
      <w:pPr>
        <w:spacing w:before="0" w:after="40"/>
        <w:ind w:left="0"/>
      </w:pPr>
      <w:r>
        <w:rPr>
          <w:b w:val="0"/>
          <w:i/>
          <w:sz w:val="15"/>
        </w:rPr>
        <w:t>(imię i nazwisko pracownika)</w:t>
      </w:r>
    </w:p>
    <w:p>
      <w:pPr>
        <w:tabs>
          <w:tab w:pos="4422" w:val="right" w:leader="dot"/>
        </w:tabs>
        <w:spacing w:before="120" w:after="0"/>
        <w:ind w:left="0"/>
      </w:pPr>
      <w:r>
        <w:rPr>
          <w:b w:val="0"/>
          <w:i w:val="0"/>
        </w:rPr>
        <w:tab/>
      </w:r>
    </w:p>
    <w:p>
      <w:pPr>
        <w:spacing w:before="0" w:after="40"/>
        <w:ind w:left="0"/>
      </w:pPr>
      <w:r>
        <w:rPr>
          <w:b w:val="0"/>
          <w:i/>
          <w:sz w:val="15"/>
        </w:rPr>
        <w:t>(stanowisko, adres do korespondencji)</w:t>
      </w:r>
    </w:p>
    <w:p>
      <w:pPr>
        <w:tabs>
          <w:tab w:pos="9638" w:val="right" w:leader="dot"/>
        </w:tabs>
        <w:spacing w:before="120" w:after="0"/>
        <w:ind w:left="4876"/>
      </w:pPr>
      <w:r>
        <w:rPr>
          <w:b w:val="0"/>
          <w:i w:val="0"/>
        </w:rPr>
        <w:tab/>
      </w:r>
    </w:p>
    <w:p>
      <w:pPr>
        <w:spacing w:before="0" w:after="40"/>
        <w:ind w:left="4876"/>
      </w:pPr>
      <w:r>
        <w:rPr>
          <w:b w:val="0"/>
          <w:i/>
          <w:sz w:val="15"/>
        </w:rPr>
        <w:t>(nazwa pracodawcy)</w:t>
      </w:r>
    </w:p>
    <w:p>
      <w:pPr>
        <w:tabs>
          <w:tab w:pos="9638" w:val="right" w:leader="dot"/>
        </w:tabs>
        <w:spacing w:before="120" w:after="0"/>
        <w:ind w:left="4876"/>
      </w:pPr>
      <w:r>
        <w:rPr>
          <w:b w:val="0"/>
          <w:i w:val="0"/>
        </w:rPr>
        <w:tab/>
      </w:r>
    </w:p>
    <w:p>
      <w:pPr>
        <w:spacing w:before="0" w:after="40"/>
        <w:ind w:left="4876"/>
      </w:pPr>
      <w:r>
        <w:rPr>
          <w:b w:val="0"/>
          <w:i/>
          <w:sz w:val="15"/>
        </w:rPr>
        <w:t>(adres siedziby pracodawcy)</w:t>
      </w:r>
    </w:p>
    <w:p>
      <w:pPr>
        <w:spacing w:before="0" w:after="40"/>
        <w:jc w:val="center"/>
      </w:pPr>
      <w:r>
        <w:rPr>
          <w:b/>
          <w:i w:val="0"/>
          <w:sz w:val="28"/>
        </w:rPr>
        <w:t>WYPOWIEDZENIE UMOWY O PRACĘ</w:t>
      </w:r>
    </w:p>
    <w:p>
      <w:pPr>
        <w:spacing w:before="0" w:after="160"/>
        <w:jc w:val="center"/>
      </w:pPr>
      <w:r>
        <w:rPr>
          <w:b w:val="0"/>
          <w:i/>
        </w:rPr>
        <w:t>przez pracownika (art. 30 § 1 pkt 2 i art. 32 Kodeksu pracy)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Wypowiadam umowę o pracę zawartą dnia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Jestem zatrudniony(-a) u pracodawcy od dnia </w:t>
        <w:tab/>
      </w:r>
    </w:p>
    <w:p>
      <w:pPr>
        <w:spacing w:before="0" w:after="40"/>
        <w:jc w:val="both"/>
      </w:pPr>
      <w:r>
        <w:rPr>
          <w:b w:val="0"/>
          <w:i w:val="0"/>
        </w:rPr>
        <w:t>Umowa jest zawarta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na czas nieokreślony,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na czas określony do dnia ............................ 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na okres próbny do dnia ............................ .</w:t>
      </w:r>
    </w:p>
    <w:p>
      <w:pPr>
        <w:spacing w:before="120" w:after="40"/>
      </w:pPr>
      <w:r>
        <w:rPr>
          <w:b/>
          <w:i w:val="0"/>
        </w:rPr>
        <w:t>1. Okres wypowiedzenia (zaznacz jedno)</w:t>
      </w:r>
    </w:p>
    <w:p>
      <w:pPr>
        <w:spacing w:before="0" w:after="40"/>
        <w:jc w:val="both"/>
      </w:pPr>
      <w:r>
        <w:rPr>
          <w:b w:val="0"/>
          <w:i/>
          <w:sz w:val="18"/>
        </w:rPr>
        <w:t>Umowa na czas nieokreślony i określony, według okresu zatrudnienia u tego pracodawcy (art. 36 § 1 KP):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2 tygodnie: zatrudnienie krótsze niż 6 miesięcy,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1 miesiąc: zatrudnienie co najmniej 6 miesięcy,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3 miesiące: zatrudnienie co najmniej 3 lata,</w:t>
      </w:r>
    </w:p>
    <w:p>
      <w:pPr>
        <w:spacing w:before="0" w:after="40"/>
        <w:jc w:val="both"/>
      </w:pPr>
      <w:r>
        <w:rPr>
          <w:b w:val="0"/>
          <w:i/>
          <w:sz w:val="18"/>
        </w:rPr>
        <w:t>Umowa na okres próbny (art. 34 KP):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3 dni robocze: okres próbny do 2 tygodni,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1 tydzień: okres próbny dłuższy niż 2 tygodnie,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2 tygodnie: okres próbny 3-miesięczny.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Umowa rozwiąże się z upływem okresu wypowiedzenia, tj. z dniem </w:t>
        <w:tab/>
      </w:r>
    </w:p>
    <w:p>
      <w:pPr>
        <w:spacing w:before="0" w:after="40"/>
        <w:jc w:val="both"/>
      </w:pPr>
      <w:r>
        <w:rPr>
          <w:b w:val="0"/>
          <w:i/>
          <w:sz w:val="18"/>
        </w:rPr>
        <w:t>Do okresu zatrudnienia wlicza się też pracę u poprzedniego pracodawcy przy przejęciu zakładu (art. 36 § 1¹ KP) oraz, od 2026 r., udokumentowane zaświadczeniem ZUS okresy zlecenia lub działalności wykonywanej na rzecz tego pracodawcy (art. 302¹ § 8 KP).</w:t>
      </w:r>
    </w:p>
    <w:p>
      <w:pPr>
        <w:spacing w:before="0" w:after="40"/>
        <w:jc w:val="both"/>
      </w:pPr>
      <w:r>
        <w:rPr>
          <w:b w:val="0"/>
          <w:i/>
          <w:sz w:val="18"/>
        </w:rPr>
        <w:t>Okres liczony w tygodniach kończy się w sobotę, a w miesiącach w ostatnim dniu miesiąca (art. 30 § 2¹ KP). Przykład: pismo doręczone w środę 16 września 2026 r., 2 tygodnie kończą się w sobotę 3 października, 1 miesiąc 31 października, 3 miesiące 31 grudnia 2026 r.</w:t>
      </w:r>
    </w:p>
    <w:p>
      <w:pPr>
        <w:spacing w:before="120" w:after="40"/>
      </w:pPr>
      <w:r>
        <w:rPr>
          <w:b/>
          <w:i w:val="0"/>
        </w:rPr>
        <w:t>2. Prośby do pracodawcy (zaznacz, jeśli dotyczy)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Proszę o rozwiązanie umowy wcześniej, z dniem ......................... Ustalenie wcześniejszego terminu nie zmienia trybu: umowa ustaje za wypowiedzeniem pracownika (art. 36 § 6 KP).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Proszę o udzielenie w okresie wypowiedzenia przysługującego mi urlopu wypoczynkowego (art. 167¹ KP), w dniach: ........................................................ , a za urlop niewykorzystany o ekwiwalent pieniężny (art. 171 KP).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Proszę o wydanie świadectwa pracy w dniu ustania stosunku pracy albo przesłanie go na adres podany wyżej (art. 97 § 1 KP).</w:t>
      </w:r>
    </w:p>
    <w:p>
      <w:pPr>
        <w:spacing w:before="160" w:after="0"/>
      </w:pPr>
    </w:p>
    <w:p>
      <w:pPr>
        <w:tabs>
          <w:tab w:pos="9638" w:val="right" w:leader="dot"/>
        </w:tabs>
        <w:spacing w:before="120" w:after="0"/>
        <w:ind w:left="5669"/>
      </w:pPr>
      <w:r>
        <w:rPr>
          <w:b w:val="0"/>
          <w:i w:val="0"/>
        </w:rPr>
        <w:tab/>
      </w:r>
    </w:p>
    <w:p>
      <w:pPr>
        <w:spacing w:before="0" w:after="40"/>
        <w:ind w:left="5669"/>
      </w:pPr>
      <w:r>
        <w:rPr>
          <w:b w:val="0"/>
          <w:i/>
          <w:sz w:val="15"/>
        </w:rPr>
        <w:t>(czytelny podpis pracownika)</w:t>
      </w:r>
    </w:p>
    <w:p>
      <w:pPr>
        <w:tabs>
          <w:tab w:pos="4278" w:val="right" w:leader="dot"/>
          <w:tab w:pos="4505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Pismo otrzymano dnia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podpis za pracodawcę </w:t>
        <w:tab/>
      </w:r>
    </w:p>
    <w:p>
      <w:pPr>
        <w:spacing w:before="0" w:after="40"/>
        <w:jc w:val="both"/>
      </w:pPr>
      <w:r>
        <w:rPr>
          <w:b w:val="0"/>
          <w:i/>
          <w:sz w:val="18"/>
        </w:rPr>
        <w:t>Wypowiedzenie złóż na piśmie (art. 30 § 3 KP), najlepiej w dwóch egzemplarzach: jeden zostaje u pracodawcy, na drugim prosisz o potwierdzenie odbioru. O początku okresu decyduje dzień doręczenia. Wypowiedzenie przez pracownika nie wymaga uzasadnienia. Uwaga: kto sam wypowiedział ostatnią umowę, co do zasady nie ma prawa do zasiłku dla bezrobotnych, chyba że z powodu zmiany miejsca zamieszkania (art. 219 ustawy o rynku pracy); przy porozumieniu stron zasiłek przysługuje co do zasady po 90 dniach od rejestracji (art. 220).</w:t>
      </w:r>
    </w:p>
    <w:sectPr w:rsidR="00FC693F" w:rsidRPr="0006063C" w:rsidSect="00034616">
      <w:footerReference w:type="default" r:id="rId9"/>
      <w:pgSz w:w="11906" w:h="16838"/>
      <w:pgMar w:top="680" w:right="1134" w:bottom="680" w:left="1134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/>
        <w:sz w:val="15"/>
      </w:rPr>
      <w:t>Szukasz nowej pracy? Przejrzyj oferty i dodaj ogłoszenie za darmo na denwi.pl.</w:t>
      <w:br/>
    </w:r>
    <w:r>
      <w:rPr>
        <w:b w:val="0"/>
        <w:i w:val="0"/>
        <w:sz w:val="14"/>
      </w:rPr>
      <w:t>Bezpłatny wzór: denwi.pl/wzory-umow/wypowiedzenie-umowy-o-prace  ·  stan prawny: wrzesień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2" w:lineRule="auto"/>
    </w:pPr>
    <w:rPr>
      <w:rFonts w:ascii="Times New Roman" w:hAnsi="Times New Roman" w:cs="Times New Roman" w:eastAsia="Times New Roman"/>
      <w:sz w:val="20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Wypowiedzenie umowy o pracę przez pracownika - wzór Word (Denwi.pl)</dc:title>
  <dc:subject>Wzór wypowiedzenia umowy o pracę przez pracownika, z okresem wypowiedzenia według stażu, prośbą o wcześniejsze rozwiązanie, urlopem i świadectwem pracy</dc:subject>
  <dc:creator>Denwi.pl</dc:creator>
  <cp:keywords>wypowiedzenie umowy o pracę, wypowiedzenie umowy o pracę wzór, wypowiedzenie przez pracownika, okres wypowiedzenia, art. 36 KP, Word, DOCX, 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