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(nazwa pracodawcy, NIP)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siedziby pracodawcy)</w:t>
      </w:r>
    </w:p>
    <w:p>
      <w:pPr>
        <w:tabs>
          <w:tab w:pos="9638" w:val="right" w:leader="dot"/>
        </w:tabs>
        <w:spacing w:before="120" w:after="0"/>
        <w:ind w:left="4876"/>
      </w:pPr>
      <w:r>
        <w:rPr>
          <w:b w:val="0"/>
          <w:i w:val="0"/>
        </w:rPr>
        <w:tab/>
      </w:r>
    </w:p>
    <w:p>
      <w:pPr>
        <w:spacing w:before="0" w:after="40"/>
        <w:ind w:left="4876"/>
      </w:pPr>
      <w:r>
        <w:rPr>
          <w:b w:val="0"/>
          <w:i/>
          <w:sz w:val="15"/>
        </w:rPr>
        <w:t>(imię i nazwisko pracownika)</w:t>
      </w:r>
    </w:p>
    <w:p>
      <w:pPr>
        <w:tabs>
          <w:tab w:pos="9638" w:val="right" w:leader="dot"/>
        </w:tabs>
        <w:spacing w:before="120" w:after="0"/>
        <w:ind w:left="4876"/>
      </w:pPr>
      <w:r>
        <w:rPr>
          <w:b w:val="0"/>
          <w:i w:val="0"/>
        </w:rPr>
        <w:tab/>
      </w:r>
    </w:p>
    <w:p>
      <w:pPr>
        <w:spacing w:before="0" w:after="40"/>
        <w:ind w:left="4876"/>
      </w:pPr>
      <w:r>
        <w:rPr>
          <w:b w:val="0"/>
          <w:i/>
          <w:sz w:val="15"/>
        </w:rPr>
        <w:t>(stanowisko, adres zamieszkania)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WYPOWIEDZENIE UMOWY O PRACĘ</w:t>
      </w:r>
    </w:p>
    <w:p>
      <w:pPr>
        <w:spacing w:before="0" w:after="160"/>
        <w:jc w:val="center"/>
      </w:pPr>
      <w:r>
        <w:rPr>
          <w:b w:val="0"/>
          <w:i/>
        </w:rPr>
        <w:t>przez pracodawcę (art. 30 § 1 pkt 2 i art. 32 Kodeksu pracy)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Wypowiadam umowę o pracę zawartą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zatrudnienie od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Umowa jest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nieokreślony,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określony do dnia 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okres próbny do dnia ............................ (przyczyna nie jest wymagana).</w:t>
      </w:r>
    </w:p>
    <w:p>
      <w:pPr>
        <w:spacing w:before="120" w:after="40"/>
      </w:pPr>
      <w:r>
        <w:rPr>
          <w:b/>
          <w:i w:val="0"/>
        </w:rPr>
        <w:t>1. Okres wypowiedzenia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2 tygodnie (staż u pracodawcy krótszy niż 6 miesięcy),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1 miesiąc (staż co najmniej 6 miesięcy),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3 miesiące (staż co najmniej 3 lata), art. 36 § 1 KP,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okres próbny: 3 dni robocze, 1 tydzień albo 2 tygodnie (art. 34 KP).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rozwiąże się z upływem okresu wypowiedzenia, tj. z dniem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Okres tygodniowy kończy się w sobotę, miesięczny w ostatnim dniu miesiąca (art. 30 § 2¹ KP), licząc od doręczenia pisma. Do stażu wlicza się m.in. pracę u poprzednika przy przejęciu zakładu (art. 36 § 1¹ KP) oraz, od 2026 r., udokumentowane okresy zlecenia lub działalności na rzecz tego pracodawcy (art. 302¹ § 8 KP).</w:t>
      </w:r>
    </w:p>
    <w:p>
      <w:pPr>
        <w:spacing w:before="120" w:after="40"/>
      </w:pPr>
      <w:r>
        <w:rPr>
          <w:b/>
          <w:i w:val="0"/>
        </w:rPr>
        <w:t>2. Przyczyna wypowiedzenia</w:t>
      </w:r>
    </w:p>
    <w:p>
      <w:pPr>
        <w:spacing w:before="0" w:after="40"/>
        <w:jc w:val="both"/>
      </w:pPr>
      <w:r>
        <w:rPr>
          <w:b w:val="0"/>
          <w:i/>
          <w:sz w:val="18"/>
        </w:rPr>
        <w:t>Przy umowie na czas nieokreślony i określony przyczyna musi być konkretna, prawdziwa i zrozumiała dla pracownika (art. 30 § 4 KP). Nie może nią być m.in. wniosek o zmianę rodzaju umowy, praca u innego pracodawcy ani dochodzenie informacji o warunkach zatrudnienia (art. 29⁴ KP).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40"/>
      </w:pPr>
      <w:r>
        <w:rPr>
          <w:b/>
          <w:i w:val="0"/>
        </w:rPr>
        <w:t>3. Ustalenia na okres wypowiedzenia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Zwalniam Pana/Panią z obowiązku świadczenia pracy od dnia ......................... do końca okresu wypowiedzenia, z zachowaniem prawa do wynagrodzenia (art. 36² KP).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Udzielam urlopu wypoczynkowego w okresie wypowiedzenia w dniach ................................ (art. 167¹ KP); za urlop niewykorzystany zostanie wypłacony ekwiwalent (art. 171 KP).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 wypowiedzeniu co najmniej 2-tygodniowym przysługują 2 dni robocze (przy 3-miesięcznym 3 dni) zwolnienia na poszukiwanie pracy, z zachowaniem wynagrodzenia (art. 37 KP).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Przysługuje odprawa pieniężna z ustawy o zwolnieniach grupowych (pracodawca od 20 pracowników, przyczyny niedotyczące pracownika): ....................... zł brutto.</w:t>
      </w:r>
    </w:p>
    <w:p>
      <w:pPr>
        <w:spacing w:before="120" w:after="40"/>
      </w:pPr>
      <w:r>
        <w:rPr>
          <w:b/>
          <w:i w:val="0"/>
        </w:rPr>
        <w:t>Pouczenie</w:t>
      </w:r>
    </w:p>
    <w:p>
      <w:pPr>
        <w:spacing w:before="0" w:after="40"/>
        <w:jc w:val="both"/>
      </w:pPr>
      <w:r>
        <w:rPr>
          <w:b w:val="0"/>
          <w:i/>
          <w:sz w:val="18"/>
        </w:rPr>
        <w:t>Od wypowiedzenia przysługuje Panu/Pani odwołanie do sądu pracy (sądu rejonowego, wydziału pracy) w terminie 21 dni od dnia doręczenia tego pisma (art. 264 § 1 KP). Odwołanie wnosi się do sądu właściwego dla siedziby pracodawcy albo miejsca, w którym praca jest, była lub miała być wykonywana. Świadectwo pracy zostanie wydane w dniu ustania stosunku pracy (art. 97 § 1 KP).</w:t>
      </w:r>
    </w:p>
    <w:p>
      <w:pPr>
        <w:spacing w:before="80" w:after="0"/>
      </w:pPr>
    </w:p>
    <w:p>
      <w:pPr>
        <w:tabs>
          <w:tab w:pos="9638" w:val="right" w:leader="dot"/>
        </w:tabs>
        <w:spacing w:before="120" w:after="0"/>
        <w:ind w:left="5443"/>
      </w:pPr>
      <w:r>
        <w:rPr>
          <w:b w:val="0"/>
          <w:i w:val="0"/>
        </w:rPr>
        <w:tab/>
      </w:r>
    </w:p>
    <w:p>
      <w:pPr>
        <w:spacing w:before="0" w:after="40"/>
        <w:ind w:left="5443"/>
      </w:pPr>
      <w:r>
        <w:rPr>
          <w:b w:val="0"/>
          <w:i/>
          <w:sz w:val="15"/>
        </w:rPr>
        <w:t>(podpis pracodawcy lub osoby upoważnionej)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Wypowiedzenie otrzymałem(-am)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podpis pracownika </w:t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kogoś na zwolnione stanowisko? Dodaj ofertę pracy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denwi.pl/wzory-umow/wypowiedzenie-umowy-o-prace-przez-pracodawce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praca&amp;utm_source=wzor-pdf&amp;utm_medium=docx&amp;utm_campaign=wypowiedzenie-umowy-o-prace-przez-pracodaw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o pracę przez pracodawcę - wzór Word (Denwi.pl)</dc:title>
  <dc:subject>Wzór wypowiedzenia umowy o pracę przez pracodawcę: okres wypowiedzenia według stażu, przyczyna wypowiedzenia, zwolnienie z obowiązku pracy, urlop i pouczenie o odwołaniu do sądu pracy</dc:subject>
  <dc:creator>Denwi.pl</dc:creator>
  <cp:keywords>wypowiedzenie umowy o pracę przez pracodawcę, wypowiedzenie pracodawcy wzór, przyczyna wypowiedzenia, pouczenie o odwołaniu, art. 30 § 4 KP, art. 36 KP,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