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nadawcy)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 nadawcy, telefon)</w:t>
      </w:r>
    </w:p>
    <w:p>
      <w:pPr>
        <w:tabs>
          <w:tab w:pos="9638" w:val="right" w:leader="dot"/>
        </w:tabs>
        <w:spacing w:before="120" w:after="0"/>
        <w:ind w:left="4422"/>
      </w:pPr>
      <w:r>
        <w:rPr>
          <w:b w:val="0"/>
          <w:i w:val="0"/>
        </w:rPr>
        <w:tab/>
      </w:r>
    </w:p>
    <w:p>
      <w:pPr>
        <w:spacing w:before="0" w:after="40"/>
        <w:ind w:left="4422"/>
      </w:pPr>
      <w:r>
        <w:rPr>
          <w:b w:val="0"/>
          <w:i/>
          <w:sz w:val="15"/>
        </w:rPr>
        <w:t>(imię i nazwisko adresata (przy małżonkach: obojga))</w:t>
      </w:r>
    </w:p>
    <w:p>
      <w:pPr>
        <w:tabs>
          <w:tab w:pos="9638" w:val="right" w:leader="dot"/>
        </w:tabs>
        <w:spacing w:before="120" w:after="0"/>
        <w:ind w:left="4422"/>
      </w:pPr>
      <w:r>
        <w:rPr>
          <w:b w:val="0"/>
          <w:i w:val="0"/>
        </w:rPr>
        <w:tab/>
      </w:r>
    </w:p>
    <w:p>
      <w:pPr>
        <w:spacing w:before="0" w:after="40"/>
        <w:ind w:left="4422"/>
      </w:pPr>
      <w:r>
        <w:rPr>
          <w:b w:val="0"/>
          <w:i/>
          <w:sz w:val="15"/>
        </w:rPr>
        <w:t>(adres do doręczeń)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WYPOWIEDZENIE UMOWY NAJMU</w:t>
      </w:r>
    </w:p>
    <w:p>
      <w:pPr>
        <w:spacing w:before="0" w:after="40"/>
        <w:jc w:val="both"/>
      </w:pPr>
      <w:r>
        <w:rPr>
          <w:b w:val="0"/>
          <w:i w:val="0"/>
        </w:rPr>
        <w:t>Jako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Najemca,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Wynajmujący (właściciel lokalu),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wypowiadam umowę najmu lokalu pod adresem </w:t>
        <w:tab/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zawartą między mną a adresatem pisma w dniu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 miejscowości </w:t>
        <w:tab/>
      </w:r>
    </w:p>
    <w:p>
      <w:pPr>
        <w:spacing w:before="0" w:after="40"/>
        <w:jc w:val="both"/>
      </w:pPr>
      <w:r>
        <w:rPr>
          <w:b w:val="0"/>
          <w:i w:val="0"/>
        </w:rPr>
        <w:t>(dalej: Umowa). Umowa jest umową najmu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oznaczony do dnia ......................... , z prawem wypowiedzenia w § ........ Umowy,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okazjonalnego lokalu, zawartą do dnia ......................... , z prawem wypowiedzenia w § ........ Umowy albo w przepisie wskazanym w pkt 2.</w:t>
      </w:r>
    </w:p>
    <w:p>
      <w:pPr>
        <w:spacing w:before="120" w:after="40"/>
      </w:pPr>
      <w:r>
        <w:rPr>
          <w:b/>
          <w:i w:val="0"/>
        </w:rPr>
        <w:t>1. Termin wypowiedzenia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termin z § ........ Umowy, wynoszący ......................................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trzy miesiące naprzód na koniec miesiąca kalendarzowego (art. 688 k.c.: czas nieoznaczony, czynsz płatny miesięcznie, Umowa nie określa terminu),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termin z przepisu wskazanego w pkt 2 albo bez zachowania terminu, gdy przepis na to pozwala.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ulegnie rozwiązaniu z dniem </w:t>
        <w:tab/>
      </w:r>
    </w:p>
    <w:p>
      <w:pPr>
        <w:spacing w:before="120" w:after="40"/>
      </w:pPr>
      <w:r>
        <w:rPr>
          <w:b/>
          <w:i w:val="0"/>
        </w:rPr>
        <w:t>2. Przyczyna wypowiedzenia</w:t>
      </w:r>
    </w:p>
    <w:p>
      <w:pPr>
        <w:spacing w:before="0" w:after="40"/>
        <w:jc w:val="both"/>
      </w:pPr>
      <w:r>
        <w:rPr>
          <w:b w:val="0"/>
          <w:i/>
          <w:sz w:val="18"/>
        </w:rPr>
        <w:t>Wynajmujący lokalu mieszkalnego musi ją podać pod rygorem nieważności (art. 11 ust. 1 ustawy o ochronie praw lokatorów, dalej: u.o.p.l.). Najemca nie musi. Zaznacz, jeśli dotyczy: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zaległość z czynszem lub opłatami za co najmniej trzy pełne okresy płatności, mimo pisemnego uprzedzenia z dnia ................. i wyznaczenia dodatkowego miesięcznego terminu do zapłaty (art. 11 ust. 2 pkt 2 u.o.p.l.),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używanie lokalu sprzecznie z Umową, niszczenie go lub rażące naruszanie porządku domowego, mimo pisemnego upomnienia z dnia ................. (art. 11 ust. 2 pkt 1 u.o.p.l.),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podnajęcie lub oddanie lokalu do używania bez pisemnej zgody (art. 11 ust. 2 pkt 3 u.o.p.l.),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niezamieszkiwanie najemcy dłużej niż 12 miesięcy, termin 6 miesięcy (art. 11 ust. 3 pkt 1),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zamiar zamieszkania właściciela, jego pełnoletniego zstępnego, wstępnego lub osoby uprawnionej do alimentów (wskaż niżej), termin pół roku z lokalem zamiennym, 3 lata bez niego (art. 11 ust. 4-7),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inna przyczyna lub przepis (opisz niżej).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Opis przyczyny, przepis, osoba mająca zamieszkać: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120" w:after="40"/>
      </w:pPr>
      <w:r>
        <w:rPr>
          <w:b/>
          <w:i w:val="0"/>
        </w:rPr>
        <w:t>3. Zwrot lokalu i kaucji</w:t>
      </w:r>
    </w:p>
    <w:p>
      <w:pPr>
        <w:spacing w:before="0" w:after="40"/>
        <w:jc w:val="both"/>
      </w:pPr>
      <w:r>
        <w:rPr>
          <w:b w:val="0"/>
          <w:i w:val="0"/>
        </w:rPr>
        <w:t>Proszę o wydanie lub odbiór lokalu z kluczami w dniu rozwiązania Umowy, spisanie protokołu ze stanem liczników i rozliczenie kaucji zgodnie z Umową i przepisami.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Rachunek do zwrotu kaucji lub zapłaty </w:t>
        <w:tab/>
      </w:r>
    </w:p>
    <w:p>
      <w:pPr>
        <w:spacing w:before="200" w:after="0"/>
      </w:pPr>
    </w:p>
    <w:p>
      <w:pPr>
        <w:tabs>
          <w:tab w:pos="9638" w:val="right" w:leader="dot"/>
        </w:tabs>
        <w:spacing w:before="120" w:after="0"/>
        <w:ind w:left="5669"/>
      </w:pPr>
      <w:r>
        <w:rPr>
          <w:b w:val="0"/>
          <w:i w:val="0"/>
        </w:rPr>
        <w:tab/>
      </w:r>
    </w:p>
    <w:p>
      <w:pPr>
        <w:spacing w:before="0" w:after="40"/>
        <w:ind w:left="5669"/>
      </w:pPr>
      <w:r>
        <w:rPr>
          <w:b w:val="0"/>
          <w:i/>
          <w:sz w:val="15"/>
        </w:rPr>
        <w:t>(czytelny podpis nadawcy)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Odbiór pisma potwierdzam: data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podpis adresata </w:t>
        <w:tab/>
      </w: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nowego lokum albo najemcy? Dodaj ogłoszenie za darmo na denwi.pl, bez prowizji.</w:t>
      <w:br/>
    </w:r>
    <w:r>
      <w:rPr>
        <w:b w:val="0"/>
        <w:i w:val="0"/>
        <w:sz w:val="14"/>
      </w:rPr>
      <w:t>Bezpłatny wzór: denwi.pl/wzory-umow/wypowiedzenie-umowy-najmu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najmu - wzór Word (Denwi.pl)</dc:title>
  <dc:subject>Wzór wypowiedzenia umowy najmu lokalu przez najemcę albo wynajmującego, z terminami i przyczynami ustawowymi</dc:subject>
  <dc:creator>Denwi.pl</dc:creator>
  <cp:keywords>wypowiedzenie umowy najmu, wzór wypowiedzenia, wypowiedzenie umowy najmu przez najemcę, wypowiedzenie najmu przez wynajmującego, najem okazjonalny,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