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wynajmującego)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(adres, telefon)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(imię i nazwisko najemcy (każdego najemcy))</w:t>
      </w:r>
    </w:p>
    <w:p>
      <w:pPr>
        <w:tabs>
          <w:tab w:pos="9638" w:val="right" w:leader="dot"/>
        </w:tabs>
        <w:spacing w:before="120" w:after="0"/>
        <w:ind w:left="4422"/>
      </w:pPr>
      <w:r>
        <w:rPr>
          <w:b w:val="0"/>
          <w:i w:val="0"/>
        </w:rPr>
        <w:tab/>
      </w:r>
    </w:p>
    <w:p>
      <w:pPr>
        <w:spacing w:before="0" w:after="40"/>
        <w:ind w:left="4422"/>
      </w:pPr>
      <w:r>
        <w:rPr>
          <w:b w:val="0"/>
          <w:i/>
          <w:sz w:val="15"/>
        </w:rPr>
        <w:t>(adres lokalu albo adres do doręczeń)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WYPOWIEDZENIE UMOWY NAJMU LOKALU MIESZKALNEGO</w:t>
      </w:r>
    </w:p>
    <w:p>
      <w:pPr>
        <w:spacing w:before="0" w:after="160"/>
        <w:jc w:val="center"/>
      </w:pPr>
      <w:r>
        <w:rPr>
          <w:b w:val="0"/>
          <w:i/>
        </w:rPr>
        <w:t>przez wynajmującego (art. 11 ustawy o ochronie praw lokatorów)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Jako wynajmujący wypowiadam umowę najmu lokalu pod adresem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zawartą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czas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Przy najmie na czas oznaczony wypowiedzenie jest możliwe tylko w przypadkach przewidzianych w umowie (art. 673 § 3 k.c.); wskaż paragraf umowy: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podstawa w umowie </w:t>
        <w:tab/>
      </w:r>
    </w:p>
    <w:p>
      <w:pPr>
        <w:spacing w:before="120" w:after="40"/>
      </w:pPr>
      <w:r>
        <w:rPr>
          <w:b/>
          <w:i w:val="0"/>
        </w:rPr>
        <w:t>1. Przyczyna i termin wypowiedzenia (zaznacz jedno)</w:t>
      </w:r>
    </w:p>
    <w:p>
      <w:pPr>
        <w:spacing w:before="0" w:after="40"/>
        <w:jc w:val="both"/>
      </w:pPr>
      <w:r>
        <w:rPr>
          <w:b w:val="0"/>
          <w:i/>
          <w:sz w:val="18"/>
        </w:rPr>
        <w:t>Wynajmujący może wypowiedzieć najem mieszkania tylko z przyczyn ustawowych, na piśmie i z podaniem przyczyny, inaczej wypowiedzenie jest nieważne (art. 11 ust. 1 u.o.p.l.).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zaległość z czynszem lub opłatami za co najmniej 3 pełne okresy płatności, mimo pisemnego uprzedzenia z dnia ................. i wyznaczenia dodatkowego miesięcznego terminu do zapłaty; termin: miesiąc naprzód, na koniec miesiąca (art. 11 ust. 2 pkt 2),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używanie lokalu sprzecznie z umową, dopuszczanie do szkód, niszczenie urządzeń wspólnych albo rażące lub uporczywe naruszanie porządku domowego, mimo pisemnego upomnienia z dnia ................. ; termin: miesiąc naprzód, na koniec miesiąca (art. 11 ust. 2 pkt 1),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wynajęcie, podnajęcie lub oddanie lokalu do używania bez pisemnej zgody; termin: miesiąc naprzód, na koniec miesiąca (art. 11 ust. 2 pkt 3),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niezamieszkiwanie najemcy w lokalu dłużej niż 12 miesięcy; termin: 6 miesięcy (art. 11 ust. 3 pkt 1),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ma tytuł prawny do innego lokalu w tej samej lub pobliskiej miejscowości, spełniającego warunki lokalu zamiennego; termin: miesiąc, na koniec miesiąca (art. 11 ust. 3 pkt 2),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zamiar zamieszkania w lokalu przeze mnie albo mojego pełnoletniego zstępnego, wstępnego lub osobę uprawnioną do alimentów (wskaż ją niżej): pół roku naprzód, gdy najemca ma inny lokal lub dostarczam lokal zamienny, a 3 lata naprzód bez tego, na koniec miesiąca (art. 11 ust. 4, 5 i 7).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przyczyny, daty, kwota zaległości, osoba mająca zamieszkać: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ulegnie rozwiązaniu z dniem </w:t>
        <w:tab/>
      </w:r>
    </w:p>
    <w:p>
      <w:pPr>
        <w:spacing w:before="120" w:after="40"/>
      </w:pPr>
      <w:r>
        <w:rPr>
          <w:b/>
          <w:i w:val="0"/>
        </w:rPr>
        <w:t>2. Wydanie lokalu i kaucja</w:t>
      </w:r>
    </w:p>
    <w:p>
      <w:pPr>
        <w:spacing w:before="0" w:after="40"/>
        <w:jc w:val="both"/>
      </w:pPr>
      <w:r>
        <w:rPr>
          <w:b w:val="0"/>
          <w:i w:val="0"/>
        </w:rPr>
        <w:t>Proszę o opróżnienie i wydanie lokalu z kluczami w dniu rozwiązania umowy oraz spisanie protokołu zdawczo-odbiorczego ze stanem liczników. Kaucję rozliczę i zwrócę w ciągu miesiąca od opróżnienia lokalu, po potrąceniu należności z tytułu najmu (art. 6 ust. 4 u.o.p.l.).</w:t>
      </w:r>
    </w:p>
    <w:p>
      <w:pPr>
        <w:spacing w:before="12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wynajmującego)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Odbiór pisma potwierdzam: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najemcy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nowego najemcy? Dodaj ogłoszenie najmu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denwi.pl/wzory-umow/wypowiedzenie-umowy-najmu-przez-wynajmujacego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mieszkania&amp;utm_source=wzor-pdf&amp;utm_medium=docx&amp;utm_campaign=wypowiedzenie-umowy-najmu-przez-wynajmujac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mieszkania przez wynajmującego - wzór Word (Denwi.pl)</dc:title>
  <dc:subject>Wzór wypowiedzenia najmu lokalu mieszkalnego przez wynajmującego (właściciela) z przyczynami i terminami z art. 11 ustawy o ochronie praw lokatorów</dc:subject>
  <dc:creator>Denwi.pl</dc:creator>
  <cp:keywords>wypowiedzenie umowy najmu przez wynajmującego, wypowiedzenie najmu przez właściciela, art. 11 ustawy o ochronie praw lokatorów, zaległości w czynszu, wypowiedzenie lokatorowi,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