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albo nazwa firmy nadawcy, NIP)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nadawcy, telefon, e-mail)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(imię i nazwisko albo nazwa firmy adresata)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(adres do doręczeń z umowy)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WYPOWIEDZENIE UMOWY NAJMU LOKALU UŻYTKOWEGO</w:t>
      </w:r>
    </w:p>
    <w:p>
      <w:pPr>
        <w:spacing w:before="0" w:after="40"/>
        <w:jc w:val="both"/>
      </w:pPr>
      <w:r>
        <w:rPr>
          <w:b w:val="0"/>
          <w:i w:val="0"/>
        </w:rPr>
        <w:t>Jako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nabywca lokalu, który wstąpił w najem na miejsce zbywcy (art. 678 § 1 k.c.),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wypowiadam umowę najmu lokalu użytkowego pod adresem </w:t>
        <w:tab/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przeznaczenie lokalu (biuro, sklep, usługi)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umowa z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zawarta na czas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nieoznaczony,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oznaczony,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1. Tryb wypowiedzenia (zaznacz jeden)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zachowaniem terminu z umowy (§ ........ umowy), czas nieoznaczony (art. 673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zachowaniem terminu ustawowego: najpóźniej na trzy miesiące naprzód, na koniec miesiąca kalendarzowego, gdy czynsz jest płatny miesięcznie, a umowa nie ustala terminu (art. 688 k.c.); także nabywca lokalu (art. 678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na czas oznaczony: w wypadku przewidzianym w § ........ umowy, z terminem z umowy (art. 673 § 3 k.c.),</w:t>
      </w:r>
    </w:p>
    <w:p>
      <w:pPr>
        <w:spacing w:before="0" w:after="40"/>
        <w:jc w:val="both"/>
      </w:pPr>
      <w:r>
        <w:rPr>
          <w:b/>
          <w:i/>
        </w:rPr>
        <w:t>Bez zachowania terminów, przez Wynajmującego: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zwłoka z czynszem za co najmniej dwa pełne okresy płatności mimo pisemnego uprzedzenia z dnia .................... i dodatkowego miesięcznego terminu do zapłaty (art. 672 i 687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używanie lokalu w sposób sprzeczny z umową lub przeznaczeniem mimo upomnienia z dnia ...................., albo zaniedbanie narażające lokal na uszkodzenie (art. 667 § 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rażące lub uporczywe naruszanie porządku domowego albo uciążliwość dla innych lokali (art. 685 k.c.),</w:t>
      </w:r>
    </w:p>
    <w:p>
      <w:pPr>
        <w:spacing w:before="0" w:after="40"/>
        <w:jc w:val="both"/>
      </w:pPr>
      <w:r>
        <w:rPr>
          <w:b/>
          <w:i/>
        </w:rPr>
        <w:t>Bez zachowania terminów, przez Najemcę: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wady uniemożliwiają używanie lokalu zgodnie z umową, a Wynajmujący mimo zawiadomienia z dnia .................... nie usunął ich w odpowiednim czasie (art. 664 § 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wady lokalu zagrażają zdrowiu Najemcy lub osób u niego zatrudnionych (art. 682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przyczyny (przy wypowiedzeniu bez terminu lub z umowy): </w:t>
        <w:tab/>
      </w:r>
    </w:p>
    <w:p>
      <w:pPr>
        <w:spacing w:before="120" w:after="40"/>
      </w:pPr>
      <w:r>
        <w:rPr>
          <w:b/>
          <w:i w:val="0"/>
        </w:rPr>
        <w:t>2. Rozwiązanie umowy i zwrot lokalu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ulegnie rozwiązaniu z dniem </w:t>
        <w:tab/>
      </w:r>
    </w:p>
    <w:p>
      <w:pPr>
        <w:spacing w:before="0" w:after="40"/>
        <w:jc w:val="both"/>
      </w:pPr>
      <w:r>
        <w:rPr>
          <w:b w:val="0"/>
          <w:i w:val="0"/>
        </w:rPr>
        <w:t>Proszę o zwrot (odbiór) lokalu z kluczami w dniu rozwiązania umowy, w stanie niepogorszonym ponad normalne zużycie (art. 675 § 1 k.c.), spisanie protokołu zdawczo-odbiorczego, usunięcie szyldów i oznaczeń firmy, rozliczenie nakładów zgodnie z umową (art. 676 k.c.) oraz zwrot kaucji.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zwrotu kaucji lub zapłaty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Gdy umowa była zawarta na piśmie, do wypowiedzenia wystarcza forma dokumentowa, chyba że umowa zastrzega inną, np. list polecony (art. 77 § 2 k.c.). Termin liczy się od doręczenia pisma.</w:t>
      </w:r>
    </w:p>
    <w:p>
      <w:pPr>
        <w:spacing w:before="40" w:after="0"/>
      </w:pPr>
    </w:p>
    <w:p>
      <w:pPr>
        <w:tabs>
          <w:tab w:pos="9638" w:val="right" w:leader="dot"/>
        </w:tabs>
        <w:spacing w:before="120" w:after="0"/>
        <w:ind w:left="5102"/>
      </w:pPr>
      <w:r>
        <w:rPr>
          <w:b w:val="0"/>
          <w:i w:val="0"/>
        </w:rPr>
        <w:tab/>
      </w:r>
    </w:p>
    <w:p>
      <w:pPr>
        <w:spacing w:before="0" w:after="40"/>
        <w:ind w:left="5102"/>
      </w:pPr>
      <w:r>
        <w:rPr>
          <w:b w:val="0"/>
          <w:i/>
          <w:sz w:val="15"/>
        </w:rPr>
        <w:t>(czytelny podpis nadawcy lub osoby reprezentującej firmę)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Odbiór pisma potwierdzam: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adresata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Lokal się zwalnia?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denwi.pl/wzory-umow/wypowiedzenie-umowy-najmu-lokalu-uzytkowego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biura-lokale&amp;utm_source=wzor-pdf&amp;utm_medium=docx&amp;utm_campaign=wypowiedzenie-umowy-najmu-lokalu-uzytk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lokalu użytkowego przez najemcę lub wynajmującego - wzór Word (Denwi.pl)</dc:title>
  <dc:subject>Wzór wypowiedzenia umowy najmu lokalu użytkowego przez najemcę, wynajmującego albo nabywcę lokalu: termin z umowy, ustawowy (art. 688 k.c.) albo bez terminu (art. 664, 667, 672, 682, 685, 687 k.c.)</dc:subject>
  <dc:creator>Denwi.pl</dc:creator>
  <cp:keywords>wypowiedzenie umowy najmu lokalu użytkowego, wypowiedzenie umowy najmu lokalu użytkowego wzór, przez najemcę, przez wynajmującego, na czas nieokreślony,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