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535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pracownika)</w:t>
      </w:r>
    </w:p>
    <w:p>
      <w:pPr>
        <w:tabs>
          <w:tab w:pos="4535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(stanowisko, dział)</w:t>
      </w:r>
    </w:p>
    <w:p>
      <w:pPr>
        <w:tabs>
          <w:tab w:pos="9638" w:val="right" w:leader="dot"/>
        </w:tabs>
        <w:spacing w:before="120" w:after="0"/>
        <w:ind w:left="5102"/>
      </w:pPr>
      <w:r>
        <w:rPr>
          <w:b w:val="0"/>
          <w:i w:val="0"/>
        </w:rPr>
        <w:tab/>
      </w:r>
    </w:p>
    <w:p>
      <w:pPr>
        <w:spacing w:before="0" w:after="40"/>
        <w:ind w:left="5102"/>
      </w:pPr>
      <w:r>
        <w:rPr>
          <w:b w:val="0"/>
          <w:i/>
          <w:sz w:val="15"/>
        </w:rPr>
        <w:t>(pracodawca: nazwa i adres)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WNIOSEK O URLOP BEZPŁATNY</w:t>
      </w:r>
    </w:p>
    <w:p>
      <w:pPr>
        <w:spacing w:before="0" w:after="160"/>
        <w:jc w:val="center"/>
      </w:pPr>
      <w:r>
        <w:rPr>
          <w:b w:val="0"/>
          <w:i/>
        </w:rPr>
        <w:t>art. 174 Kodeksu pracy</w:t>
      </w:r>
    </w:p>
    <w:p>
      <w:pPr>
        <w:spacing w:before="0" w:after="40"/>
        <w:jc w:val="both"/>
      </w:pPr>
      <w:r>
        <w:rPr>
          <w:b w:val="0"/>
          <w:i w:val="0"/>
        </w:rPr>
        <w:t>Proszę o udzielenie mi urlopu bezpłatnego: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 okresie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łącznie (dni kalendarzowych) </w:t>
        <w:tab/>
      </w:r>
    </w:p>
    <w:p>
      <w:pPr>
        <w:spacing w:before="120" w:after="40"/>
      </w:pPr>
      <w:r>
        <w:rPr>
          <w:b/>
          <w:i w:val="0"/>
        </w:rPr>
        <w:t>Powód (niewymagany, ale ułatwia zgodę)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Dodatkowe ustalenia (zaznacz, jeśli dotyczy)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Urlop ma trwać dłużej niż 3 miesiące. Zgadzam się, aby pracodawca mógł odwołać mnie z urlopu z ważnych przyczyn: ......................................................... (art. 174 § 3 KP).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Proszę o urlop bezpłatny w celu wykonywania pracy u innego pracodawcy na podstawie porozumienia między pracodawcami (art. 174¹ KP); taki okres wlicza się do stażu u obecnego pracodawcy.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Przed urlopem bezpłatnym chcę wykorzystać zaległy urlop wypoczynkowy w dniach: .................................................... 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Zastępstwo w czasie nieobecności (imię i nazwisko)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Wiem, że za czas urlopu bezpłatnego nie przysługuje wynagrodzenie, a jego okresu nie wlicza się do okresu pracy, od którego zależą uprawnienia pracownicze, np. staż do wymiaru urlopu wypoczynkowego (art. 174 § 2 KP). Wymiar urlopu wypoczynkowego za dany rok może się zmniejszyć proporcjonalnie, gdy urlop bezpłatny trwa co najmniej miesiąc (art. 155² KP). W czasie urlopu nie podlegam ubezpieczeniom z tego stosunku pracy; prawo do świadczeń NFZ sprawdzę osobno.</w:t>
      </w:r>
    </w:p>
    <w:p>
      <w:pPr>
        <w:spacing w:before="80" w:after="0"/>
      </w:pPr>
    </w:p>
    <w:p>
      <w:pPr>
        <w:tabs>
          <w:tab w:pos="9638" w:val="right" w:leader="dot"/>
        </w:tabs>
        <w:spacing w:before="120" w:after="0"/>
        <w:ind w:left="5669"/>
      </w:pPr>
      <w:r>
        <w:rPr>
          <w:b w:val="0"/>
          <w:i w:val="0"/>
        </w:rPr>
        <w:tab/>
      </w:r>
    </w:p>
    <w:p>
      <w:pPr>
        <w:spacing w:before="0" w:after="40"/>
        <w:ind w:left="5669"/>
      </w:pPr>
      <w:r>
        <w:rPr>
          <w:b w:val="0"/>
          <w:i/>
          <w:sz w:val="15"/>
        </w:rPr>
        <w:t>(czytelny podpis pracownika)</w:t>
      </w:r>
    </w:p>
    <w:p>
      <w:pPr>
        <w:spacing w:before="120" w:after="40"/>
      </w:pPr>
      <w:r>
        <w:rPr>
          <w:b/>
          <w:i w:val="0"/>
        </w:rPr>
        <w:t>Decyzja pracodawcy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zgodę na urlop bezpłatny we wnioskowanym terminie,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zgodę na urlop bezpłatny w terminie: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wyrażam zgody; przyczyna (niewymagana):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Pracodawca nie musi udzielić urlopu bezpłatnego: zgoda zależy od jego decyzji (art. 174 § 1 KP). Wniosek można złożyć w postaci papierowej lub elektronicznej, np. e-mailem.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Data i podpis pracodawcy lub przełożonego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Adnotacja kadr (data,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zastępstwa na czas urlopu? Dodaj ofertę pracy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denwi.pl/wzory-umow/wniosek-o-urlop-bezplatny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praca&amp;utm_source=wzor-pdf&amp;utm_medium=docx&amp;utm_campaign=wniosek-o-urlop-bezpl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bezpłatny - wzór Word (Denwi.pl)</dc:title>
  <dc:subject>Wzór wniosku pracownika o urlop bezpłatny (art. 174 KP) z terminem, powodem, zgodą na odwołanie z urlopu dłuższego niż 3 miesiące i decyzją pracodawcy</dc:subject>
  <dc:creator>Denwi.pl</dc:creator>
  <cp:keywords>wniosek o urlop bezpłatny, wniosek o urlop bezpłatny wzór, urlop bezpłatny, art. 174 KP, podanie o urlop bezpłatny,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