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tabs>
          <w:tab w:pos="6123" w:val="left"/>
          <w:tab w:pos="9638" w:val="right" w:leader="dot"/>
        </w:tabs>
        <w:spacing w:before="0" w:after="0"/>
        <w:jc w:val="right"/>
      </w:pPr>
      <w:r>
        <w:rPr>
          <w:b w:val="0"/>
          <w:i w:val="0"/>
        </w:rPr>
        <w:tab/>
        <w:tab/>
      </w:r>
    </w:p>
    <w:p>
      <w:pPr>
        <w:spacing w:before="0" w:after="120"/>
        <w:jc w:val="right"/>
      </w:pPr>
      <w:r>
        <w:rPr>
          <w:b w:val="0"/>
          <w:i w:val="0"/>
          <w:sz w:val="16"/>
        </w:rPr>
        <w:t>(miejscowość, data)</w:t>
      </w:r>
    </w:p>
    <w:p>
      <w:pPr>
        <w:spacing w:before="0" w:after="40"/>
        <w:jc w:val="center"/>
      </w:pPr>
      <w:r>
        <w:rPr>
          <w:b/>
          <w:i w:val="0"/>
          <w:sz w:val="28"/>
        </w:rPr>
        <w:t>UPOWAŻNIENIE DO UŻYWANIA POJAZDU ZA GRANICĄ</w:t>
      </w:r>
    </w:p>
    <w:p>
      <w:pPr>
        <w:spacing w:before="0" w:after="160"/>
        <w:jc w:val="center"/>
      </w:pPr>
      <w:r>
        <w:rPr>
          <w:b w:val="0"/>
          <w:i/>
        </w:rPr>
        <w:t>zgoda właściciela (współwłaścicieli) pojazdu</w:t>
      </w:r>
    </w:p>
    <w:p>
      <w:pPr>
        <w:spacing w:before="80" w:after="40"/>
      </w:pPr>
      <w:r>
        <w:rPr>
          <w:b/>
          <w:i/>
        </w:rPr>
        <w:t>Właściciel pojazdu (udzielający upoważnienia):</w:t>
      </w:r>
    </w:p>
    <w:p>
      <w:pPr>
        <w:tabs>
          <w:tab w:pos="5989" w:val="right" w:leader="dot"/>
          <w:tab w:pos="6216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Imię i nazwisko lub nazwa firmy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PESEL / NIP </w:t>
        <w:tab/>
      </w:r>
    </w:p>
    <w:p>
      <w:pPr>
        <w:tabs>
          <w:tab w:pos="5989" w:val="right" w:leader="dot"/>
          <w:tab w:pos="6216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Adres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telefon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Współwłaściciel (imię, nazwisko, PESEL) </w:t>
        <w:tab/>
      </w:r>
    </w:p>
    <w:p>
      <w:pPr>
        <w:spacing w:before="40" w:after="0"/>
      </w:pPr>
    </w:p>
    <w:p>
      <w:pPr>
        <w:spacing w:before="80" w:after="40"/>
      </w:pPr>
      <w:r>
        <w:rPr>
          <w:b/>
          <w:i/>
        </w:rPr>
        <w:t>Osoba upoważniona (kierowca):</w:t>
      </w:r>
    </w:p>
    <w:p>
      <w:pPr>
        <w:tabs>
          <w:tab w:pos="5989" w:val="right" w:leader="dot"/>
          <w:tab w:pos="6216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Imię i nazwisko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PESEL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Adres </w:t>
        <w:tab/>
      </w:r>
    </w:p>
    <w:p>
      <w:pPr>
        <w:tabs>
          <w:tab w:pos="4930" w:val="right" w:leader="dot"/>
          <w:tab w:pos="5156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Nr dowodu osobistego lub paszportu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nr prawa jazdy </w:t>
        <w:tab/>
      </w:r>
    </w:p>
    <w:p>
      <w:pPr>
        <w:spacing w:before="40" w:after="0"/>
      </w:pPr>
    </w:p>
    <w:p>
      <w:pPr>
        <w:spacing w:before="80" w:after="40"/>
      </w:pPr>
      <w:r>
        <w:rPr>
          <w:b/>
          <w:i/>
        </w:rPr>
        <w:t>Pojazd:</w:t>
      </w:r>
    </w:p>
    <w:p>
      <w:pPr>
        <w:tabs>
          <w:tab w:pos="5133" w:val="right" w:leader="dot"/>
          <w:tab w:pos="5360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Marka i model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nr rejestracyjny </w:t>
        <w:tab/>
      </w:r>
    </w:p>
    <w:p>
      <w:pPr>
        <w:tabs>
          <w:tab w:pos="6588" w:val="right" w:leader="dot"/>
          <w:tab w:pos="6814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Nr VIN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rok produkcji </w:t>
        <w:tab/>
      </w:r>
    </w:p>
    <w:p>
      <w:pPr>
        <w:tabs>
          <w:tab w:pos="6588" w:val="right" w:leader="dot"/>
          <w:tab w:pos="6814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Polisa OC: ubezpieczyciel i nr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ważna do </w:t>
        <w:tab/>
      </w:r>
    </w:p>
    <w:p>
      <w:pPr>
        <w:tabs>
          <w:tab w:pos="6588" w:val="right" w:leader="dot"/>
          <w:tab w:pos="6814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Zielona Karta nr (jeśli wymagana)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ważna do </w:t>
        <w:tab/>
      </w:r>
    </w:p>
    <w:p>
      <w:pPr>
        <w:spacing w:before="120" w:after="40"/>
      </w:pPr>
      <w:r>
        <w:rPr>
          <w:b/>
          <w:i w:val="0"/>
        </w:rPr>
        <w:t>Treść upoważnienia</w:t>
      </w:r>
    </w:p>
    <w:p>
      <w:pPr>
        <w:spacing w:before="0" w:after="40"/>
        <w:jc w:val="both"/>
      </w:pPr>
      <w:r>
        <w:rPr>
          <w:b/>
          <w:i w:val="0"/>
        </w:rPr>
        <w:t>Jako właściciel (współwłaściciele) powyższego pojazdu upoważniam (upoważniamy) wskazaną osobę do używania i kierowania tym pojazdem, w tym do przekroczenia z nim granicy Rzeczypospolitej Polskiej i poruszania się po terytorium: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Państwa </w:t>
        <w:tab/>
      </w:r>
    </w:p>
    <w:p>
      <w:pPr>
        <w:tabs>
          <w:tab w:pos="4706" w:val="right" w:leader="dot"/>
          <w:tab w:pos="4932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W okresie od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do </w:t>
        <w:tab/>
      </w:r>
    </w:p>
    <w:p>
      <w:pPr>
        <w:spacing w:before="0" w:after="40"/>
        <w:jc w:val="both"/>
      </w:pPr>
      <w:r>
        <w:rPr>
          <w:b w:val="0"/>
          <w:i w:val="0"/>
        </w:rPr>
        <w:t>Osoba upoważniona może też (zaznacz właściwe):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przewozić pasażerów, w tym małoletnich,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zlecać niezbędne naprawy i holowanie pojazdu do kwoty: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Kwota limitu napraw (zł lub EUR) </w:t>
        <w:tab/>
      </w:r>
    </w:p>
    <w:p>
      <w:pPr>
        <w:spacing w:before="0" w:after="40"/>
        <w:ind w:left="454" w:hanging="340"/>
      </w:pPr>
      <w:r>
        <w:rPr>
          <w:b w:val="0"/>
          <w:i w:val="0"/>
        </w:rPr>
        <w:t>☐  zgłaszać szkody, spisywać oświadczenia o zdarzeniu drogowym i kontaktować się z ubezpieczycielem,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przedstawiać to upoważnienie służbom granicznym, policji i innym organom.</w:t>
      </w:r>
    </w:p>
    <w:p>
      <w:pPr>
        <w:spacing w:before="0" w:after="40"/>
        <w:jc w:val="both"/>
      </w:pPr>
      <w:r>
        <w:rPr>
          <w:b w:val="0"/>
          <w:i w:val="0"/>
        </w:rPr>
        <w:t>Upoważnienie nie obejmuje sprzedaży, zastawienia, użyczenia pojazdu osobom trzecim ani wywozu na stałe.</w:t>
      </w:r>
    </w:p>
    <w:p>
      <w:pPr>
        <w:spacing w:before="24" w:after="0"/>
      </w:pPr>
    </w:p>
    <w:p>
      <w:pPr>
        <w:spacing w:before="0" w:after="40"/>
        <w:jc w:val="both"/>
      </w:pPr>
      <w:r>
        <w:rPr>
          <w:b w:val="0"/>
          <w:i/>
          <w:sz w:val="18"/>
        </w:rPr>
        <w:t>Przy pojeździe: oryginał dowodu rejestracyjnego, ważne OC, Zielona Karta w państwach, które jej wymagają (aktualna lista na pbuk.pl), dowód osobisty lub paszport i prawo jazdy kierowcy. Auto w leasingu lub kredycie wymaga zwykle zgody leasingodawcy lub banku. Niektóre państwa wymagają upoważnienia z podpisem poświadczonym notarialnie i tłumaczenia.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3213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  <w:tc>
          <w:tcPr>
            <w:tcW w:type="dxa" w:w="3213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  <w:tc>
          <w:tcPr>
            <w:tcW w:type="dxa" w:w="3213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</w:tr>
      <w:tr>
        <w:tc>
          <w:tcPr>
            <w:tcW w:type="dxa" w:w="3213"/>
          </w:tcPr>
          <w:p>
            <w:pPr>
              <w:jc w:val="center"/>
            </w:pPr>
            <w:r>
              <w:rPr>
                <w:b/>
                <w:i w:val="0"/>
              </w:rPr>
              <w:t>podpis właściciela</w:t>
            </w:r>
          </w:p>
        </w:tc>
        <w:tc>
          <w:tcPr>
            <w:tcW w:type="dxa" w:w="3213"/>
          </w:tcPr>
          <w:p>
            <w:pPr>
              <w:jc w:val="center"/>
            </w:pPr>
            <w:r>
              <w:rPr>
                <w:b/>
                <w:i w:val="0"/>
              </w:rPr>
              <w:t>podpis współwłaściciela</w:t>
            </w:r>
          </w:p>
        </w:tc>
        <w:tc>
          <w:tcPr>
            <w:tcW w:type="dxa" w:w="3213"/>
          </w:tcPr>
          <w:p>
            <w:pPr>
              <w:jc w:val="center"/>
            </w:pPr>
            <w:r>
              <w:rPr>
                <w:b/>
                <w:i w:val="0"/>
              </w:rPr>
              <w:t>podpis osoby upoważnionej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680" w:right="1134" w:bottom="680" w:left="1134" w:header="720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hyperlink r:id="rId1">
      <w:r>
        <w:rPr>
          <w:b/>
          <w:u w:val="single"/>
          <w:sz w:val="15"/>
        </w:rPr>
        <w:t xml:space="preserve">Zmieniasz samochód? Wystaw ogłoszenie na denwi.pl za 0 zł, bez prowizji.</w:t>
      </w:r>
    </w:hyperlink>
    <w:r>
      <w:rPr>
        <w:b w:val="0"/>
        <w:i w:val="0"/>
      </w:rPr>
      <w:br/>
    </w:r>
    <w:r>
      <w:rPr>
        <w:b w:val="0"/>
        <w:i w:val="0"/>
        <w:sz w:val="14"/>
      </w:rPr>
      <w:t>Bezpłatny wzór: denwi.pl/wzory-umow/upowaznienie-do-wyjazdu-samochodem-za-granice  ·  stan prawny: wrzesień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52" w:lineRule="auto"/>
    </w:pPr>
    <w:rPr>
      <w:rFonts w:ascii="Times New Roman" w:hAnsi="Times New Roman" w:cs="Times New Roman" w:eastAsia="Times New Roman"/>
      <w:sz w:val="20"/>
      <w:lang w:val="pl-P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denwi.pl/nowe-ogloszenie?kategoria=samochody&amp;podkategoria=osobowe&amp;utm_source=wzor-pdf&amp;utm_medium=docx&amp;utm_campaign=upowaznienie-do-wyjazdu-samochodem-za-gran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Upoważnienie do wyjazdu samochodem za granicę - wzór Word (Denwi.pl)</dc:title>
  <dc:subject>Wzór upoważnienia właściciela pojazdu do używania samochodu za granicą przez inną osobę, z danymi pojazdu, polisy OC i Zielonej Karty</dc:subject>
  <dc:creator>Denwi.pl</dc:creator>
  <cp:keywords>upoważnienie do wyjazdu samochodem za granicę, upoważnienie do używania samochodu, zgoda właściciela auta na wyjazd za granicę, upoważnienie do kierowania pojazdem, wzór, Word, DOCX, 2026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