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UPOWAŻNIENIE DO OPIEKI NAD DZIECKIEM</w:t>
      </w:r>
    </w:p>
    <w:p>
      <w:pPr>
        <w:spacing w:before="0" w:after="160"/>
        <w:jc w:val="center"/>
      </w:pPr>
      <w:r>
        <w:rPr>
          <w:b w:val="0"/>
          <w:i/>
        </w:rPr>
        <w:t>na czas nieobecności rodziców, wyjazdu lub pobytu poza domem</w:t>
      </w:r>
    </w:p>
    <w:p>
      <w:pPr>
        <w:spacing w:before="80" w:after="40"/>
      </w:pPr>
      <w:r>
        <w:rPr>
          <w:b/>
          <w:i/>
        </w:rPr>
        <w:t>Rodzic (rodzice) udzielający upoważnienia:</w:t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1.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2.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Osoba upoważniona (opiekun):</w:t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Stopień pokrewieństwa lub funkcja (babcia, ciocia, wychowawca)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Dziecko (dzieci):</w:t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120" w:after="40"/>
      </w:pPr>
      <w:r>
        <w:rPr>
          <w:b/>
          <w:i w:val="0"/>
        </w:rPr>
        <w:t>Okres i miejsce opieki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pobytu dziecka (adres, kraj, nazwa ośrodka) </w:t>
        <w:tab/>
      </w:r>
    </w:p>
    <w:p>
      <w:pPr>
        <w:spacing w:before="120" w:after="40"/>
      </w:pPr>
      <w:r>
        <w:rPr>
          <w:b/>
          <w:i w:val="0"/>
        </w:rPr>
        <w:t>Zakres upoważnienia</w:t>
      </w:r>
    </w:p>
    <w:p>
      <w:pPr>
        <w:spacing w:before="0" w:after="40"/>
        <w:jc w:val="both"/>
      </w:pPr>
      <w:r>
        <w:rPr>
          <w:b/>
          <w:i w:val="0"/>
        </w:rPr>
        <w:t>Upoważniam (upoważniamy) wskazaną osobę do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sprawowania bieżącej pieczy nad dzieckiem i podejmowania codziennych decyzji,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odbioru dziecka ze szkoły, przedszkola, zajęć, kolonii lub obozu,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zgłoszenia się z dzieckiem do lekarza, uzyskania informacji o stanie zdrowia dziecka, odbioru recept, wyników i dokumentacji medycznej,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przekazania lekarzowi mojej (naszej) zgody na badanie dziecka i podstawowe świadczenia zdrowotne, gdy nie ma ze mną (z nami) kontaktu; zgodę tę niniejszym wyrażam (wyrażamy),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podróży z dzieckiem środkami transportu publicznego i zakwaterowania w hotelu lub ośrodku.</w:t>
      </w:r>
    </w:p>
    <w:p>
      <w:pPr>
        <w:spacing w:before="0" w:after="40"/>
        <w:jc w:val="both"/>
      </w:pPr>
      <w:r>
        <w:rPr>
          <w:b w:val="0"/>
          <w:i/>
          <w:sz w:val="18"/>
        </w:rPr>
        <w:t>Na zabieg, operację lub leczenie o podwyższonym ryzyku zgodę wyraża rodzic jako przedstawiciel ustawowy. Gdy kontaktu z rodzicami nie ma, decyduje sąd opiekuńczy, a w stanie zagrożenia życia lub zdrowia lekarz może działać bez zgody (art. 32-34 ustawy o zawodach lekarza i lekarza dentysty). Za granicą obowiązuje prawo państwa pobytu.</w:t>
      </w:r>
    </w:p>
    <w:p>
      <w:pPr>
        <w:spacing w:before="120" w:after="40"/>
      </w:pPr>
      <w:r>
        <w:rPr>
          <w:b/>
          <w:i w:val="0"/>
        </w:rPr>
        <w:t>Informacje o zdrowiu dziecka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Alergie i uczulenia na leki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Choroby przewlekłe, stale przyjmowane leki i dawki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Szczepienia, grupa krwi, inne uwagi </w:t>
        <w:tab/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EKUZ lub polisy podróżnej dziecka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lekarz rodzinny, tel.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Upoważnienie nie przenosi władzy rodzicielskiej i mogę (możemy) je odwołać w każdym czasie.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podpis rodzica 1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podpis rodzica 2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podpis osoby upoważnionej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opiekunki do dziecka?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denwi.pl/wzory-umow/upowaznienie-do-opieki-nad-dzieckiem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praca&amp;podkategoria=opieka&amp;utm_source=wzor-pdf&amp;utm_medium=docx&amp;utm_campaign=upowaznienie-do-opieki-nad-dzieck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opieki nad dzieckiem - wzór Word (Denwi.pl)</dc:title>
  <dc:subject>Wzór upoważnienia do sprawowania opieki nad małoletnim w czasie wyjazdu, kolonii albo pobytu u dziadków, z informacjami o zdrowiu i kontaktem do rodziców</dc:subject>
  <dc:creator>Denwi.pl</dc:creator>
  <cp:keywords>upoważnienie do opieki nad dzieckiem, upoważnienie dla babci, upoważnienie do opieki na kolonii, zgoda na leczenie dziecka pod nieobecność rodziców, wzór,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