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właściciela (współwłaściciela) pojazdu)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(Starosta / Prezydent Miasta)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(wydział komunikacji, adres)</w:t>
      </w:r>
    </w:p>
    <w:p>
      <w:pPr>
        <w:spacing w:before="1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UPOWAŻNIENIE DO ODBIORU DOWODU REJESTRACYJNEGO</w:t>
      </w:r>
    </w:p>
    <w:p>
      <w:pPr>
        <w:spacing w:before="0" w:after="160"/>
        <w:jc w:val="center"/>
      </w:pPr>
      <w:r>
        <w:rPr>
          <w:b w:val="0"/>
          <w:i/>
        </w:rPr>
        <w:t>pełnomocnictwo do odbioru dokumentów pojazdu</w:t>
      </w:r>
    </w:p>
    <w:p>
      <w:pPr>
        <w:spacing w:before="0" w:after="40"/>
        <w:jc w:val="both"/>
      </w:pPr>
      <w:r>
        <w:rPr>
          <w:b/>
          <w:i w:val="0"/>
        </w:rPr>
        <w:t>Ja, niżej podpisany(-a), właściciel (współwłaściciel) pojazdu, upoważniam: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(np. żona, syn, brat) lub „brak”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do odbioru w moim imieniu dokumentów wydanych dla pojazdu: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910" w:val="right" w:leader="dot"/>
          <w:tab w:pos="513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sprawy lub wniosku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Zakres upoważnienia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stały dowód rejestracyjny w zamian za pozwolenie czasowe,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nowy dowód rejestracyjny po zmianie danych albo wtórnik dowodu rejestracyjnego,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rejestracyjny zatrzymany przez Policję lub inny organ (po ustaniu przyczyny zatrzymania),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tablice rejestracyjne (np. wtórnik, tablice indywidualne) i nalepkę kontrolną,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dokumenty pojazdu: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Osoba upoważniona może w tym zakresie oddać pozwolenie czasowe lub dotychczasowy dowód, okazać dokumenty pojazdu, uiścić opłaty i pokwitować odbiór.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Upoważnienie jest ważne do (albo „jednorazowo”)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Osoba upoważniona składa w urzędzie oryginał tego dokumentu (albo urzędowo poświadczony odpis, art. 33 § 3 k.p.a.) i okazuje swój dowód osobisty. Opłata skarbowa od złożenia pełnomocnictwa wynosi 17 zł; nie płaci się jej, gdy upoważniony jest małżonkiem, wstępnym (rodzic, dziadek), zstępnym (dziecko, wnuk) lub rodzeństwem. Gdy pojazd ma kilku właścicieli, podpisuje każdy z nich, który nie przychodzi do urzędu.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Współwłaściciel, jeśli podpisuje (imię i nazwisko, PESEL)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czytelny podpis właściciela pojazdu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podpis współwłaściciela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Poprzedni samochód czeka na kupca?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denwi.pl/wzory-umow/upowaznienie-do-odbioru-dowodu-rejestracyjnego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powaznienie-do-odbioru-dowodu-rejestracyj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odbioru dowodu rejestracyjnego - wzór Word (Denwi.pl)</dc:title>
  <dc:subject>Wzór upoważnienia (pełnomocnictwa) do odbioru dowodu rejestracyjnego, tablic i nalepki w wydziale komunikacji</dc:subject>
  <dc:creator>Denwi.pl</dc:creator>
  <cp:keywords>upoważnienie do odbioru dowodu rejestracyjnego, pełnomocnictwo do odbioru dowodu rejestracyjnego, upoważnienie wydział komunikacji,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