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spacing w:before="0" w:after="40"/>
        <w:jc w:val="center"/>
      </w:pPr>
      <w:r>
        <w:rPr>
          <w:b/>
          <w:i w:val="0"/>
          <w:sz w:val="28"/>
        </w:rPr>
        <w:t>UMOWA Z NIANIĄ</w:t>
      </w:r>
    </w:p>
    <w:p>
      <w:pPr>
        <w:spacing w:before="0" w:after="160"/>
        <w:jc w:val="center"/>
      </w:pPr>
      <w:r>
        <w:rPr>
          <w:b w:val="0"/>
          <w:i/>
        </w:rPr>
        <w:t>umowa o świadczenie usług opieki nad dzieckiem</w:t>
      </w:r>
    </w:p>
    <w:p>
      <w:pPr>
        <w:spacing w:before="80" w:after="40"/>
      </w:pPr>
      <w:r>
        <w:rPr>
          <w:b/>
          <w:i/>
        </w:rPr>
        <w:t>Rodzic:</w:t>
      </w:r>
    </w:p>
    <w:p>
      <w:pPr>
        <w:tabs>
          <w:tab w:pos="9638" w:val="right" w:leader="dot"/>
        </w:tabs>
        <w:spacing w:before="60" w:after="20"/>
      </w:pPr>
      <w:r>
        <w:rPr>
          <w:b w:val="0"/>
          <w:i w:val="0"/>
        </w:rPr>
        <w:t xml:space="preserve">Imię i nazwisko </w:t>
        <w:tab/>
      </w:r>
    </w:p>
    <w:p>
      <w:pPr>
        <w:tabs>
          <w:tab w:pos="9638" w:val="right" w:leader="dot"/>
        </w:tabs>
        <w:spacing w:before="60" w:after="20"/>
      </w:pPr>
      <w:r>
        <w:rPr>
          <w:b w:val="0"/>
          <w:i w:val="0"/>
        </w:rPr>
        <w:t xml:space="preserve">Adres zamieszkania </w:t>
        <w:tab/>
      </w:r>
    </w:p>
    <w:p>
      <w:pPr>
        <w:tabs>
          <w:tab w:pos="5034" w:val="right" w:leader="dot"/>
          <w:tab w:pos="5261" w:val="left"/>
          <w:tab w:pos="9638" w:val="right" w:leader="dot"/>
        </w:tabs>
        <w:spacing w:before="60" w:after="20"/>
      </w:pPr>
      <w:r>
        <w:rPr>
          <w:b w:val="0"/>
          <w:i w:val="0"/>
        </w:rPr>
        <w:t xml:space="preserve">Seria i numer dowodu osobistego </w:t>
        <w:tab/>
      </w:r>
      <w:r>
        <w:rPr>
          <w:b w:val="0"/>
          <w:i w:val="0"/>
        </w:rPr>
        <w:tab/>
      </w:r>
      <w:r>
        <w:rPr>
          <w:b w:val="0"/>
          <w:i w:val="0"/>
        </w:rPr>
        <w:t xml:space="preserve">PESEL </w:t>
        <w:tab/>
      </w:r>
    </w:p>
    <w:p>
      <w:pPr>
        <w:tabs>
          <w:tab w:pos="9638" w:val="right" w:leader="dot"/>
        </w:tabs>
        <w:spacing w:before="60" w:after="20"/>
      </w:pPr>
      <w:r>
        <w:rPr>
          <w:b w:val="0"/>
          <w:i w:val="0"/>
        </w:rPr>
        <w:t xml:space="preserve">Telefon / e-mail </w:t>
        <w:tab/>
      </w:r>
    </w:p>
    <w:p>
      <w:pPr>
        <w:spacing w:before="40" w:after="0"/>
      </w:pPr>
    </w:p>
    <w:p>
      <w:pPr>
        <w:spacing w:before="80" w:after="40"/>
      </w:pPr>
      <w:r>
        <w:rPr>
          <w:b/>
          <w:i/>
        </w:rPr>
        <w:t>Niania:</w:t>
      </w:r>
    </w:p>
    <w:p>
      <w:pPr>
        <w:tabs>
          <w:tab w:pos="9638" w:val="right" w:leader="dot"/>
        </w:tabs>
        <w:spacing w:before="60" w:after="20"/>
      </w:pPr>
      <w:r>
        <w:rPr>
          <w:b w:val="0"/>
          <w:i w:val="0"/>
        </w:rPr>
        <w:t xml:space="preserve">Imię i nazwisko </w:t>
        <w:tab/>
      </w:r>
    </w:p>
    <w:p>
      <w:pPr>
        <w:tabs>
          <w:tab w:pos="9638" w:val="right" w:leader="dot"/>
        </w:tabs>
        <w:spacing w:before="60" w:after="20"/>
      </w:pPr>
      <w:r>
        <w:rPr>
          <w:b w:val="0"/>
          <w:i w:val="0"/>
        </w:rPr>
        <w:t xml:space="preserve">Adres zamieszkania </w:t>
        <w:tab/>
      </w:r>
    </w:p>
    <w:p>
      <w:pPr>
        <w:tabs>
          <w:tab w:pos="5034" w:val="right" w:leader="dot"/>
          <w:tab w:pos="5261" w:val="left"/>
          <w:tab w:pos="9638" w:val="right" w:leader="dot"/>
        </w:tabs>
        <w:spacing w:before="60" w:after="20"/>
      </w:pPr>
      <w:r>
        <w:rPr>
          <w:b w:val="0"/>
          <w:i w:val="0"/>
        </w:rPr>
        <w:t xml:space="preserve">Seria i numer dowodu osobistego </w:t>
        <w:tab/>
      </w:r>
      <w:r>
        <w:rPr>
          <w:b w:val="0"/>
          <w:i w:val="0"/>
        </w:rPr>
        <w:tab/>
      </w:r>
      <w:r>
        <w:rPr>
          <w:b w:val="0"/>
          <w:i w:val="0"/>
        </w:rPr>
        <w:t xml:space="preserve">PESEL </w:t>
        <w:tab/>
      </w:r>
    </w:p>
    <w:p>
      <w:pPr>
        <w:tabs>
          <w:tab w:pos="9638" w:val="right" w:leader="dot"/>
        </w:tabs>
        <w:spacing w:before="60" w:after="20"/>
      </w:pPr>
      <w:r>
        <w:rPr>
          <w:b w:val="0"/>
          <w:i w:val="0"/>
        </w:rPr>
        <w:t xml:space="preserve">Telefon / e-mail </w:t>
        <w:tab/>
      </w:r>
    </w:p>
    <w:p>
      <w:pPr>
        <w:keepNext/>
        <w:spacing w:before="80" w:after="20"/>
        <w:jc w:val="center"/>
      </w:pPr>
      <w:r>
        <w:rPr>
          <w:b/>
          <w:i w:val="0"/>
        </w:rPr>
        <w:t>§ 1. Rodzaj umowy (zaznacz jedno)</w:t>
      </w:r>
    </w:p>
    <w:p>
      <w:pPr>
        <w:spacing w:before="0" w:after="40"/>
        <w:ind w:left="454" w:hanging="340"/>
      </w:pPr>
      <w:r>
        <w:rPr>
          <w:b w:val="0"/>
          <w:i w:val="0"/>
        </w:rPr>
        <w:t>☐  umowa uaktywniająca w rozumieniu art. 50 ustawy z dnia 4 lutego 2011 r. o opiece nad dziećmi w wieku do lat 3 (dziecko od ukończenia 20. tygodnia życia),</w:t>
      </w:r>
    </w:p>
    <w:p>
      <w:pPr>
        <w:spacing w:before="0" w:after="40"/>
        <w:ind w:left="454" w:hanging="340"/>
      </w:pPr>
      <w:r>
        <w:rPr>
          <w:b w:val="0"/>
          <w:i w:val="0"/>
        </w:rPr>
        <w:t>☐  umowa o świadczenie usług, do której stosuje się przepisy o zleceniu (art. 750 k.c.).</w:t>
      </w:r>
    </w:p>
    <w:p>
      <w:pPr>
        <w:spacing w:before="0" w:after="40"/>
        <w:jc w:val="both"/>
      </w:pPr>
      <w:r>
        <w:rPr>
          <w:b w:val="0"/>
          <w:i/>
          <w:sz w:val="18"/>
        </w:rPr>
        <w:t>Do obu rodzajów umowy stosuje się przepisy Kodeksu cywilnego o zleceniu.</w:t>
      </w:r>
    </w:p>
    <w:p>
      <w:pPr>
        <w:keepNext/>
        <w:spacing w:before="80" w:after="20"/>
        <w:jc w:val="center"/>
      </w:pPr>
      <w:r>
        <w:rPr>
          <w:b/>
          <w:i w:val="0"/>
        </w:rPr>
        <w:t>§ 2. Cel i przedmiot umowy</w:t>
      </w:r>
    </w:p>
    <w:p>
      <w:pPr>
        <w:spacing w:before="0" w:after="40"/>
        <w:jc w:val="both"/>
      </w:pPr>
      <w:r>
        <w:rPr>
          <w:b w:val="0"/>
          <w:i w:val="0"/>
        </w:rPr>
        <w:t>Celem umowy jest umożliwienie Rodzicowi pracy lub innej aktywności. Niania sprawuje osobiście opiekę nad dziećmi:</w:t>
      </w:r>
    </w:p>
    <w:p>
      <w:pPr>
        <w:tabs>
          <w:tab w:pos="6588" w:val="right" w:leader="dot"/>
          <w:tab w:pos="6814" w:val="left"/>
          <w:tab w:pos="9638" w:val="right" w:leader="dot"/>
        </w:tabs>
        <w:spacing w:before="60" w:after="20"/>
      </w:pPr>
      <w:r>
        <w:rPr>
          <w:b w:val="0"/>
          <w:i w:val="0"/>
        </w:rPr>
        <w:t xml:space="preserve">imię dziecka i data urodzenia </w:t>
        <w:tab/>
      </w:r>
      <w:r>
        <w:rPr>
          <w:b w:val="0"/>
          <w:i w:val="0"/>
        </w:rPr>
        <w:tab/>
      </w:r>
      <w:r>
        <w:rPr>
          <w:b w:val="0"/>
          <w:i w:val="0"/>
        </w:rPr>
        <w:t xml:space="preserve">liczba dzieci </w:t>
        <w:tab/>
      </w:r>
    </w:p>
    <w:p>
      <w:pPr>
        <w:tabs>
          <w:tab w:pos="9638" w:val="right" w:leader="dot"/>
        </w:tabs>
        <w:spacing w:before="60" w:after="20"/>
      </w:pPr>
      <w:r>
        <w:rPr>
          <w:b w:val="0"/>
          <w:i w:val="0"/>
        </w:rPr>
        <w:t xml:space="preserve">imię drugiego dziecka i data urodzenia (jeśli jest) </w:t>
        <w:tab/>
      </w:r>
    </w:p>
    <w:p>
      <w:pPr>
        <w:keepNext/>
        <w:spacing w:before="80" w:after="20"/>
        <w:jc w:val="center"/>
      </w:pPr>
      <w:r>
        <w:rPr>
          <w:b/>
          <w:i w:val="0"/>
        </w:rPr>
        <w:t>§ 3. Czas i miejsce opieki</w:t>
      </w:r>
    </w:p>
    <w:p>
      <w:pPr>
        <w:tabs>
          <w:tab w:pos="9638" w:val="right" w:leader="dot"/>
        </w:tabs>
        <w:spacing w:before="60" w:after="20"/>
      </w:pPr>
      <w:r>
        <w:rPr>
          <w:b w:val="0"/>
          <w:i w:val="0"/>
        </w:rPr>
        <w:t xml:space="preserve">miejsce opieki (adres) </w:t>
        <w:tab/>
      </w:r>
    </w:p>
    <w:p>
      <w:pPr>
        <w:tabs>
          <w:tab w:pos="4175" w:val="right" w:leader="dot"/>
          <w:tab w:pos="4401" w:val="left"/>
          <w:tab w:pos="7324" w:val="right" w:leader="dot"/>
          <w:tab w:pos="7550" w:val="left"/>
          <w:tab w:pos="9638" w:val="right" w:leader="dot"/>
        </w:tabs>
        <w:spacing w:before="60" w:after="20"/>
      </w:pPr>
      <w:r>
        <w:rPr>
          <w:b w:val="0"/>
          <w:i w:val="0"/>
        </w:rPr>
        <w:t xml:space="preserve">dni tygodnia </w:t>
        <w:tab/>
      </w:r>
      <w:r>
        <w:rPr>
          <w:b w:val="0"/>
          <w:i w:val="0"/>
        </w:rPr>
        <w:tab/>
      </w:r>
      <w:r>
        <w:rPr>
          <w:b w:val="0"/>
          <w:i w:val="0"/>
        </w:rPr>
        <w:t xml:space="preserve">w godzinach od </w:t>
        <w:tab/>
      </w:r>
      <w:r>
        <w:rPr>
          <w:b w:val="0"/>
          <w:i w:val="0"/>
        </w:rPr>
        <w:tab/>
      </w:r>
      <w:r>
        <w:rPr>
          <w:b w:val="0"/>
          <w:i w:val="0"/>
        </w:rPr>
        <w:t xml:space="preserve">do </w:t>
        <w:tab/>
      </w:r>
    </w:p>
    <w:p>
      <w:pPr>
        <w:spacing w:before="0" w:after="40"/>
        <w:jc w:val="both"/>
      </w:pPr>
      <w:r>
        <w:rPr>
          <w:b w:val="0"/>
          <w:i w:val="0"/>
        </w:rPr>
        <w:t>Opieka w innych godzinach wymaga uzgodnienia stron co najmniej w formie wiadomości tekstowej.</w:t>
      </w:r>
    </w:p>
    <w:p>
      <w:pPr>
        <w:keepNext/>
        <w:spacing w:before="80" w:after="20"/>
        <w:jc w:val="center"/>
      </w:pPr>
      <w:r>
        <w:rPr>
          <w:b/>
          <w:i w:val="0"/>
        </w:rPr>
        <w:t>§ 4. Obowiązki niani</w:t>
      </w:r>
    </w:p>
    <w:p>
      <w:pPr>
        <w:spacing w:before="0" w:after="40"/>
        <w:jc w:val="both"/>
      </w:pPr>
      <w:r>
        <w:rPr>
          <w:b w:val="0"/>
          <w:i w:val="0"/>
        </w:rPr>
        <w:t>Niania dba o bezpieczeństwo, higienę, posiłki i sen dziecka, organizuje zabawy i spacery dostosowane do wieku, nie pozostawia dziecka bez opieki i nie powierza go osobom trzecim. Niania podaje leki tylko według pisemnych wskazówek Rodzica i niezwłocznie zawiadamia go o chorobie lub wypadku dziecka, a w nagłym wypadku wzywa pomoc (112). Dodatkowe obowiązki (zaznacz):</w:t>
      </w:r>
    </w:p>
    <w:p>
      <w:pPr>
        <w:spacing w:before="0" w:after="40"/>
        <w:ind w:left="454" w:hanging="340"/>
      </w:pPr>
      <w:r>
        <w:rPr>
          <w:b w:val="0"/>
          <w:i w:val="0"/>
        </w:rPr>
        <w:t>☐  przygotowywanie posiłków dla dziecka,</w:t>
      </w:r>
    </w:p>
    <w:p>
      <w:pPr>
        <w:spacing w:before="0" w:after="40"/>
        <w:ind w:left="454" w:hanging="340"/>
      </w:pPr>
      <w:r>
        <w:rPr>
          <w:b w:val="0"/>
          <w:i w:val="0"/>
        </w:rPr>
        <w:t>☐  odbiór dziecka ze żłobka, przedszkola lub szkoły,</w:t>
      </w:r>
    </w:p>
    <w:p>
      <w:pPr>
        <w:spacing w:before="0" w:after="40"/>
        <w:ind w:left="454" w:hanging="340"/>
      </w:pPr>
      <w:r>
        <w:rPr>
          <w:b w:val="0"/>
          <w:i w:val="0"/>
        </w:rPr>
        <w:t>☐  pranie i sprzątanie po dziecku,</w:t>
      </w:r>
    </w:p>
    <w:p>
      <w:pPr>
        <w:spacing w:before="0" w:after="40"/>
        <w:ind w:left="454" w:hanging="340"/>
      </w:pPr>
      <w:r>
        <w:rPr>
          <w:b w:val="0"/>
          <w:i w:val="0"/>
        </w:rPr>
        <w:t>☐  inne: ................................................................................................ .</w:t>
      </w:r>
    </w:p>
    <w:p>
      <w:pPr>
        <w:spacing w:before="0" w:after="40"/>
        <w:jc w:val="both"/>
      </w:pPr>
      <w:r>
        <w:rPr>
          <w:b w:val="0"/>
          <w:i w:val="0"/>
        </w:rPr>
        <w:t>Niania zachowuje w tajemnicy sprawy rodziny, o których dowiedziała się przy opiece, i nie publikuje wizerunku dziecka bez zgody Rodzica.</w:t>
      </w:r>
    </w:p>
    <w:p>
      <w:pPr>
        <w:keepNext/>
        <w:spacing w:before="80" w:after="20"/>
        <w:jc w:val="center"/>
      </w:pPr>
      <w:r>
        <w:rPr>
          <w:b/>
          <w:i w:val="0"/>
        </w:rPr>
        <w:t>§ 5. Oświadczenia stron</w:t>
      </w:r>
    </w:p>
    <w:p>
      <w:pPr>
        <w:spacing w:before="0" w:after="40"/>
        <w:jc w:val="both"/>
      </w:pPr>
      <w:r>
        <w:rPr>
          <w:b w:val="0"/>
          <w:i w:val="0"/>
        </w:rPr>
        <w:t>Niania oświadcza, że nie figuruje w Rejestrze Sprawców Przestępstw na Tle Seksualnym ani w Rejestrze Państwowej Komisji do spraw przeciwdziałania wykorzystaniu seksualnemu małoletnich poniżej lat 15 i nie została skazana prawomocnym wyrokiem za przestępstwo umyślne (art. 50 ust. 1a ustawy). Rodzic oświadcza, że zweryfikował spełnianie tych warunków przed zawarciem umowy (art. 50 ust. 4a ustawy).</w:t>
      </w:r>
    </w:p>
    <w:p>
      <w:pPr>
        <w:tabs>
          <w:tab w:pos="9638" w:val="right" w:leader="dot"/>
        </w:tabs>
        <w:spacing w:before="60" w:after="20"/>
      </w:pPr>
      <w:r>
        <w:rPr>
          <w:b w:val="0"/>
          <w:i w:val="0"/>
        </w:rPr>
        <w:t xml:space="preserve">sposób weryfikacji (np. sprawdzenie rejestru, zaświadczenie z KRK z dnia) </w:t>
        <w:tab/>
      </w:r>
    </w:p>
    <w:p>
      <w:pPr>
        <w:keepNext/>
        <w:spacing w:before="80" w:after="20"/>
        <w:jc w:val="center"/>
      </w:pPr>
      <w:r>
        <w:rPr>
          <w:b/>
          <w:i w:val="0"/>
        </w:rPr>
        <w:t>§ 6. Wynagrodzenie i ubezpieczenia</w:t>
      </w:r>
    </w:p>
    <w:p>
      <w:pPr>
        <w:spacing w:before="0" w:after="40"/>
        <w:jc w:val="both"/>
      </w:pPr>
      <w:r>
        <w:rPr>
          <w:b w:val="0"/>
          <w:i w:val="0"/>
        </w:rPr>
        <w:t>Niania otrzymuje wynagrodzenie brutto (zaznacz jedno):</w:t>
      </w:r>
    </w:p>
    <w:p>
      <w:pPr>
        <w:spacing w:before="0" w:after="40"/>
        <w:ind w:left="454" w:hanging="340"/>
      </w:pPr>
      <w:r>
        <w:rPr>
          <w:b w:val="0"/>
          <w:i w:val="0"/>
        </w:rPr>
        <w:t>☐  stawką godzinową ................ zł za godzinę opieki, według miesięcznego zestawienia godzin,</w:t>
      </w:r>
    </w:p>
    <w:p>
      <w:pPr>
        <w:spacing w:before="0" w:after="40"/>
        <w:ind w:left="454" w:hanging="340"/>
      </w:pPr>
      <w:r>
        <w:rPr>
          <w:b w:val="0"/>
          <w:i w:val="0"/>
        </w:rPr>
        <w:t>☐  miesięcznie w kwocie ................ zł niezależnie od liczby godzin z § 3.</w:t>
      </w:r>
    </w:p>
    <w:p>
      <w:pPr>
        <w:tabs>
          <w:tab w:pos="3388" w:val="right" w:leader="dot"/>
          <w:tab w:pos="3615" w:val="left"/>
          <w:tab w:pos="9638" w:val="right" w:leader="dot"/>
        </w:tabs>
        <w:spacing w:before="60" w:after="20"/>
      </w:pPr>
      <w:r>
        <w:rPr>
          <w:b w:val="0"/>
          <w:i w:val="0"/>
        </w:rPr>
        <w:t xml:space="preserve">płatne do dnia </w:t>
        <w:tab/>
      </w:r>
      <w:r>
        <w:rPr>
          <w:b w:val="0"/>
          <w:i w:val="0"/>
        </w:rPr>
        <w:tab/>
      </w:r>
      <w:r>
        <w:rPr>
          <w:b w:val="0"/>
          <w:i w:val="0"/>
        </w:rPr>
        <w:t xml:space="preserve">następnego miesiąca na rachunek / gotówką </w:t>
        <w:tab/>
      </w:r>
    </w:p>
    <w:p>
      <w:pPr>
        <w:spacing w:before="0" w:after="40"/>
        <w:jc w:val="both"/>
      </w:pPr>
      <w:r>
        <w:rPr>
          <w:b w:val="0"/>
          <w:i w:val="0"/>
        </w:rPr>
        <w:t>Rodzic zgłasza Nianię do ubezpieczeń w ZUS w ciągu 7 dni od rozpoczęcia opieki, gdy umowa jest tytułem do ubezpieczeń (przy umowie uaktywniającej także wtedy, gdy Niania jest uczennicą lub studentką do 26 lat). Przy umowie uaktywniającej składki od podstawy do 50% minimalnego wynagrodzenia opłaca ZUS, jeżeli spełnione są warunki z art. 51 ust. 3 ustawy, a od nadwyżki Rodzic (art. 51 ust. 1 ustawy). Niania (zaznacz jedno):</w:t>
      </w:r>
    </w:p>
    <w:p>
      <w:pPr>
        <w:spacing w:before="0" w:after="40"/>
        <w:ind w:left="454" w:hanging="340"/>
      </w:pPr>
      <w:r>
        <w:rPr>
          <w:b w:val="0"/>
          <w:i w:val="0"/>
        </w:rPr>
        <w:t>☐  przystępuje dobrowolnie do ubezpieczenia chorobowego, a składkę opłaca Rodzic (art. 51 ust. 2 ustawy),</w:t>
      </w:r>
    </w:p>
    <w:p>
      <w:pPr>
        <w:spacing w:before="0" w:after="40"/>
        <w:ind w:left="454" w:hanging="340"/>
      </w:pPr>
      <w:r>
        <w:rPr>
          <w:b w:val="0"/>
          <w:i w:val="0"/>
        </w:rPr>
        <w:t>☐  nie przystępuje do ubezpieczenia chorobowego.</w:t>
      </w:r>
    </w:p>
    <w:p>
      <w:pPr>
        <w:spacing w:before="0" w:after="40"/>
        <w:jc w:val="both"/>
      </w:pPr>
      <w:r>
        <w:rPr>
          <w:b w:val="0"/>
          <w:i/>
          <w:sz w:val="18"/>
        </w:rPr>
        <w:t>Rodzic niezwłocznie informuje ZUS o zmianach wpływających na składki, w tym o rozwiązaniu umowy (art. 52 ustawy). Podatek dochodowy od wynagrodzenia Niania rozlicza samodzielnie, chyba że Rodzic prowadzi działalność gospodarczą i jest płatnikiem.</w:t>
      </w:r>
    </w:p>
    <w:p>
      <w:pPr>
        <w:keepNext/>
        <w:spacing w:before="80" w:after="20"/>
        <w:jc w:val="center"/>
      </w:pPr>
      <w:r>
        <w:rPr>
          <w:b/>
          <w:i w:val="0"/>
        </w:rPr>
        <w:t>§ 7. Czas trwania i rozwiązanie</w:t>
      </w:r>
    </w:p>
    <w:p>
      <w:pPr>
        <w:spacing w:before="0" w:after="40"/>
        <w:jc w:val="both"/>
      </w:pPr>
      <w:r>
        <w:rPr>
          <w:b w:val="0"/>
          <w:i w:val="0"/>
        </w:rPr>
        <w:t>Umowa zostaje zawarta (zaznacz jedno):</w:t>
      </w:r>
    </w:p>
    <w:p>
      <w:pPr>
        <w:spacing w:before="0" w:after="40"/>
        <w:ind w:left="454" w:hanging="340"/>
      </w:pPr>
      <w:r>
        <w:rPr>
          <w:b w:val="0"/>
          <w:i w:val="0"/>
        </w:rPr>
        <w:t>☐  na czas nieoznaczony od dnia .................................... ,</w:t>
      </w:r>
    </w:p>
    <w:p>
      <w:pPr>
        <w:spacing w:before="0" w:after="40"/>
        <w:ind w:left="454" w:hanging="340"/>
      </w:pPr>
      <w:r>
        <w:rPr>
          <w:b w:val="0"/>
          <w:i w:val="0"/>
        </w:rPr>
        <w:t>☐  na czas oznaczony od dnia .................................... do dnia .................................... .</w:t>
      </w:r>
    </w:p>
    <w:p>
      <w:pPr>
        <w:spacing w:before="0" w:after="40"/>
        <w:jc w:val="both"/>
      </w:pPr>
      <w:r>
        <w:rPr>
          <w:b w:val="0"/>
          <w:i w:val="0"/>
        </w:rPr>
        <w:t>Każda ze stron może wypowiedzieć umowę z zachowaniem terminu ........ tygodni, w formie dokumentowej (np. e-mail lub SMS). Rodzic może rozwiązać umowę bez wypowiedzenia, gdy Niania narazi dziecko na niebezpieczeństwo albo okaże się, że jej oświadczenia z § 5 są nieprawdziwe. Urlop Niani i okresy nieobecności dziecka strony uzgadniają z co najmniej ........ dniowym wyprzedzeniem.</w:t>
      </w:r>
    </w:p>
    <w:p>
      <w:pPr>
        <w:keepNext/>
        <w:spacing w:before="80" w:after="20"/>
        <w:jc w:val="center"/>
      </w:pPr>
      <w:r>
        <w:rPr>
          <w:b/>
          <w:i w:val="0"/>
        </w:rPr>
        <w:t>§ 8. Postanowienia końcowe</w:t>
      </w:r>
    </w:p>
    <w:p>
      <w:pPr>
        <w:spacing w:before="0" w:after="40"/>
        <w:jc w:val="both"/>
      </w:pPr>
      <w:r>
        <w:rPr>
          <w:b w:val="0"/>
          <w:i w:val="0"/>
        </w:rPr>
        <w:t>Zmiany umowy wymagają formy pisemnej. W sprawach nieuregulowanych stosuje się przepisy Kodeksu cywilnego o zleceniu oraz ustawy o opiece nad dziećmi w wieku do lat 3. Umowę sporządzono w dwóch jednobrzmiących egzemplarzach, po jednym dla każdej ze stron.</w:t>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Rodzic</w:t>
            </w:r>
          </w:p>
        </w:tc>
        <w:tc>
          <w:tcPr>
            <w:tcW w:type="dxa" w:w="4819"/>
          </w:tcPr>
          <w:p>
            <w:pPr>
              <w:jc w:val="center"/>
            </w:pPr>
            <w:r>
              <w:rPr>
                <w:b/>
                <w:i w:val="0"/>
              </w:rPr>
              <w:t>Niania</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b/>
          <w:u w:val="single"/>
          <w:sz w:val="15"/>
        </w:rPr>
        <w:t xml:space="preserve">Szukasz niani albo pracy jako niania? Wystaw ogłoszenie na denwi.pl za 0 zł, bez prowizji.</w:t>
      </w:r>
    </w:hyperlink>
    <w:r>
      <w:rPr>
        <w:b w:val="0"/>
        <w:i w:val="0"/>
      </w:rPr>
      <w:br/>
    </w:r>
    <w:r>
      <w:rPr>
        <w:b w:val="0"/>
        <w:i w:val="0"/>
        <w:sz w:val="14"/>
      </w:rPr>
      <w:t>Bezpłatny wzór: denwi.pl/wzory-umow/umowa-z-niania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nwi.pl/nowe-ogloszenie?kategoria=praca&amp;podkategoria=opieka&amp;utm_source=wzor-pdf&amp;utm_medium=docx&amp;utm_campaign=umowa-z-ni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z nianią (umowa uaktywniająca) - wzór Word (Denwi.pl)</dc:title>
  <dc:subject>Wzór umowy z nianią: umowa uaktywniająca z ustawy o opiece nad dziećmi w wieku do lat 3 albo umowa o świadczenie usług opieki nad starszym dzieckiem; godziny, obowiązki, wynagrodzenie, ZUS</dc:subject>
  <dc:creator>Denwi.pl</dc:creator>
  <cp:keywords>umowa z nianią, umowa z nianią wzór, umowa uaktywniająca, niania ZUS, opieka nad dzieckiem, Word, DOCX, Word,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