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UMOWA O POMOCY PRZY ZBIORACH</w:t>
      </w:r>
    </w:p>
    <w:p>
      <w:pPr>
        <w:spacing w:before="0" w:after="160"/>
        <w:jc w:val="center"/>
      </w:pPr>
      <w:r>
        <w:rPr>
          <w:b w:val="0"/>
          <w:i/>
        </w:rPr>
        <w:t>(art. 91a-91f ustawy z dnia 20 grudnia 1990 r. o ubezpieczeniu społecznym rolników)</w:t>
      </w:r>
    </w:p>
    <w:p>
      <w:pPr>
        <w:spacing w:before="80" w:after="40"/>
      </w:pPr>
      <w:r>
        <w:rPr>
          <w:b/>
          <w:i/>
        </w:rPr>
        <w:t>Rolnik: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Telefon </w:t>
        <w:tab/>
      </w:r>
    </w:p>
    <w:p>
      <w:pPr>
        <w:spacing w:before="48" w:after="0"/>
      </w:pPr>
    </w:p>
    <w:p>
      <w:pPr>
        <w:spacing w:before="80" w:after="40"/>
      </w:pPr>
      <w:r>
        <w:rPr>
          <w:b/>
          <w:i/>
        </w:rPr>
        <w:t>Pomocnik rolnika (osoba pełnoletnia):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4278" w:val="right" w:leader="dot"/>
          <w:tab w:pos="450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urodzenia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(jeśli nadany) </w:t>
        <w:tab/>
      </w:r>
    </w:p>
    <w:p>
      <w:pPr>
        <w:tabs>
          <w:tab w:pos="3620" w:val="right" w:leader="dot"/>
          <w:tab w:pos="38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Obywatelstwo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Dokument tożsamości: rodzaj i numer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Przedmiot umowy</w:t>
      </w:r>
    </w:p>
    <w:p>
      <w:pPr>
        <w:spacing w:before="0" w:after="40"/>
        <w:jc w:val="both"/>
      </w:pPr>
      <w:r>
        <w:rPr>
          <w:b w:val="0"/>
          <w:i w:val="0"/>
        </w:rPr>
        <w:t>Pomocnik rolnika (dalej: Pomocnik) zobowiązuje się do świadczenia pomocy przy zbiorach w gospodarstwie rolnym Rolnika, a Rolnik do zapłaty umówionego wynagrodzenia. Zbiory dotyczą (zaznacz właściwe):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chmielu,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owoców,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warzyw,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tytoniu,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ziół i roślin zielarskich.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Rodzaj upraw (np. truskawki, jabłka, ogórki)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Zakres czynności</w:t>
      </w:r>
    </w:p>
    <w:p>
      <w:pPr>
        <w:spacing w:before="0" w:after="40"/>
        <w:jc w:val="both"/>
      </w:pPr>
      <w:r>
        <w:rPr>
          <w:b w:val="0"/>
          <w:i w:val="0"/>
        </w:rPr>
        <w:t>Pomocnik wykonuje następujące czynności (art. 91a ust. 2 ustawy, zaznacz właściwe):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zbieranie chmielu, owoców, warzyw, tytoniu, ziół lub roślin zielarskich,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usuwanie zbędnych części roślin,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klasyfikowanie lub sortowanie zerwanych lub zebranych plonów,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inne czynności przygotowujące plony do transportu, przechowywania lub sprzedaży albo związane z pielęgnowaniem i poprawą jakości plonów: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Umowa nie obejmuje innych prac w gospodarstwie. Wykonywanie czynności na jej podstawie nie stanowi zatrudnienia w rozumieniu Kodeksu pracy (art. 91a ust. 4 ustawy).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Miejsce i czas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Miejsce w gospodarstwie (miejscowość, działka, sad, plantacja) </w:t>
        <w:tab/>
      </w:r>
    </w:p>
    <w:p>
      <w:pPr>
        <w:tabs>
          <w:tab w:pos="5319" w:val="right" w:leader="dot"/>
          <w:tab w:pos="55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Umowa zostaje zawarta na czas od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do dnia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Dzień rozpoczęcia pomocy, jeśli inny niż dzień zawarcia umowy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Godziny pomocy (orientacyjnie)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4. Oświadczenie Pomocnika o liczbie dni</w:t>
      </w:r>
    </w:p>
    <w:p>
      <w:pPr>
        <w:spacing w:before="0" w:after="40"/>
        <w:jc w:val="both"/>
      </w:pPr>
      <w:r>
        <w:rPr>
          <w:b w:val="0"/>
          <w:i w:val="0"/>
        </w:rPr>
        <w:t>Pomocnik oświadcza, że przed zawarciem tej umowy w bieżącym roku kalendarzowym świadczył pomoc przy zbiorach na podstawie umów z innymi rolnikami przez (art. 91b ust. 2 ustawy):</w:t>
      </w:r>
    </w:p>
    <w:p>
      <w:pPr>
        <w:tabs>
          <w:tab w:pos="5228" w:val="right" w:leader="dot"/>
          <w:tab w:pos="545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liczba dni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 roku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Łączny czas pomocy przy zbiorach jednego pomocnika ze wszystkich umów nie może przekroczyć 180 dni w roku kalendarzowym (art. 91c ust. 1 ustawy). Pomocnik zna to ograniczenie.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Wynagrodzenie</w:t>
      </w:r>
    </w:p>
    <w:p>
      <w:pPr>
        <w:spacing w:before="0" w:after="40"/>
        <w:jc w:val="both"/>
      </w:pPr>
      <w:r>
        <w:rPr>
          <w:b w:val="0"/>
          <w:i w:val="0"/>
        </w:rPr>
        <w:t>Za pomoc przy zbiorach Pomocnikowi przysługuje wynagrodzenie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 każdą godzinę pomocy,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 ilość zebranych plonów (np. za kilogram, łubiankę, skrzynkę),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 każdy dzień pomocy,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ryczałtowe za cały okres umowy.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w wysokości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 za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płatne (np. co tydzień, po zakończeniu umowy) </w:t>
        <w:tab/>
      </w:r>
    </w:p>
    <w:p>
      <w:pPr>
        <w:spacing w:before="0" w:after="40"/>
        <w:jc w:val="both"/>
      </w:pPr>
      <w:r>
        <w:rPr>
          <w:b w:val="0"/>
          <w:i w:val="0"/>
        </w:rPr>
        <w:t>Wynagrodzenie jest płatne gotówką za pokwitowaniem albo przelewem na rachunek Pomocnika (niepotrzebne skreślić):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rachunku </w:t>
        <w:tab/>
      </w:r>
    </w:p>
    <w:p>
      <w:pPr>
        <w:spacing w:before="0" w:after="40"/>
        <w:jc w:val="both"/>
      </w:pPr>
      <w:r>
        <w:rPr>
          <w:b w:val="0"/>
          <w:i w:val="0"/>
        </w:rPr>
        <w:t>Rolnik zapewnia Pomocnikowi nieodpłatnie (zaznacz właściwe):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zakwaterowanie,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wyżywienie.</w:t>
      </w:r>
    </w:p>
    <w:p>
      <w:pPr>
        <w:keepNext/>
        <w:spacing w:before="80" w:after="20"/>
        <w:jc w:val="center"/>
      </w:pPr>
      <w:r>
        <w:rPr>
          <w:b/>
          <w:i w:val="0"/>
        </w:rPr>
        <w:t>§ 6. Obowiązki stron</w:t>
      </w:r>
    </w:p>
    <w:p>
      <w:pPr>
        <w:spacing w:before="0" w:after="40"/>
        <w:jc w:val="both"/>
      </w:pPr>
      <w:r>
        <w:rPr>
          <w:b w:val="0"/>
          <w:i w:val="0"/>
        </w:rPr>
        <w:t>Rolnik zapewnia Pomocnikowi odpowiednie narzędzia niezbędne do pomocy przy zbiorach (art. 91d ustawy) i przed rozpoczęciem pracy zapoznaje go z zasadami bezpiecznego wykonywania czynności w gospodarstwie. Pomocnik świadczy pomoc osobiście (art. 91e ustawy) i nie może powierzyć jej innej osobie.</w:t>
      </w:r>
    </w:p>
    <w:p>
      <w:pPr>
        <w:keepNext/>
        <w:spacing w:before="80" w:after="20"/>
        <w:jc w:val="center"/>
      </w:pPr>
      <w:r>
        <w:rPr>
          <w:b/>
          <w:i w:val="0"/>
        </w:rPr>
        <w:t>§ 7. Ubezpieczenie w KRUS</w:t>
      </w:r>
    </w:p>
    <w:p>
      <w:pPr>
        <w:spacing w:before="0" w:after="40"/>
        <w:jc w:val="both"/>
      </w:pPr>
      <w:r>
        <w:rPr>
          <w:b w:val="0"/>
          <w:i w:val="0"/>
        </w:rPr>
        <w:t>Pomocnik podlega ubezpieczeniu wypadkowemu, chorobowemu i macierzyńskiemu z mocy ustawy (art. 7 ust. 1a ustawy) od dnia rozpoczęcia pomocy wskazanego w § 3, a gdy go nie wskazano, od dnia zawarcia umowy (art. 3 ust. 1a ustawy). Podlega też ubezpieczeniu zdrowotnemu. Rolnik zgłasza Pomocnika do KRUS w ciągu 7 dni od zawarcia umowy, nie później niż przed upływem okresu, na który ją zawarto (art. 37 ust. 1a ustawy), i opłaca składki za dany miesiąc do 15. dnia następnego miesiąca (art. 40 ust. 3 ustawy).</w:t>
      </w:r>
    </w:p>
    <w:p>
      <w:pPr>
        <w:keepNext/>
        <w:spacing w:before="80" w:after="20"/>
        <w:jc w:val="center"/>
      </w:pPr>
      <w:r>
        <w:rPr>
          <w:b/>
          <w:i w:val="0"/>
        </w:rPr>
        <w:t>§ 8. Pomocnik cudzoziemiec</w:t>
      </w:r>
    </w:p>
    <w:p>
      <w:pPr>
        <w:spacing w:before="0" w:after="40"/>
        <w:jc w:val="both"/>
      </w:pPr>
      <w:r>
        <w:rPr>
          <w:b w:val="0"/>
          <w:i w:val="0"/>
        </w:rPr>
        <w:t>Jeżeli Pomocnik nie jest obywatelem Polski ani innego państwa UE, EOG lub Szwajcarii, oświadcza, że może legalnie przebywać i wykonywać pomoc przy zbiorach w Polsce na podstawie (np. zezwolenie na pracę sezonową, karta pobytu, status UKR z ochrony czasowej):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Podstawa, numer i okres ważności dokumentu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9. Wypowiedzenie</w:t>
      </w:r>
    </w:p>
    <w:p>
      <w:pPr>
        <w:spacing w:before="0" w:after="40"/>
        <w:jc w:val="both"/>
      </w:pPr>
      <w:r>
        <w:rPr>
          <w:b w:val="0"/>
          <w:i w:val="0"/>
        </w:rPr>
        <w:t>Każda ze stron może wypowiedzieć umowę. Umowa rozwiązuje się z upływem dnia, w którym ją wypowiedziano, chyba że strony ustalą inaczej niżej (art. 91c ust. 2 ustawy).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Inny termin rozwiązania po wypowiedzeniu (jeśli ustalono)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10.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Umowę zawarto na piśmie przed rozpoczęciem pomocy przy zbiorach (art. 91b ust. 1 ustawy). Zmiany umowy wymagają formy pisemnej. W sprawach nieuregulowanych stosuje się przepisy Kodeksu cywilnego (art. 91f ustawy). Umowę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Rolnik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Pomocnik rolnika</w:t>
            </w:r>
          </w:p>
        </w:tc>
      </w:tr>
    </w:tbl>
    <w:p>
      <w:pPr>
        <w:spacing w:before="160" w:after="0"/>
      </w:pPr>
    </w:p>
    <w:p>
      <w:pPr>
        <w:spacing w:before="120" w:after="40"/>
      </w:pPr>
      <w:r>
        <w:rPr>
          <w:b/>
          <w:i w:val="0"/>
        </w:rPr>
        <w:t>Załącznik nr 1. Ewidencja dni pomocy przy zbiorach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7"/>
        <w:gridCol w:w="2811"/>
        <w:gridCol w:w="2209"/>
        <w:gridCol w:w="2811"/>
      </w:tblGrid>
      <w:tr>
        <w:tc>
          <w:tcPr>
            <w:tcW w:type="dxa" w:w="1807"/>
          </w:tcPr>
          <w:p>
            <w:r>
              <w:rPr>
                <w:b/>
                <w:i w:val="0"/>
                <w:sz w:val="19"/>
              </w:rPr>
              <w:t>Data</w:t>
            </w:r>
          </w:p>
        </w:tc>
        <w:tc>
          <w:tcPr>
            <w:tcW w:type="dxa" w:w="2811"/>
          </w:tcPr>
          <w:p>
            <w:r>
              <w:rPr>
                <w:b/>
                <w:i w:val="0"/>
                <w:sz w:val="19"/>
              </w:rPr>
              <w:t>Godziny lub ilość plonów</w:t>
            </w:r>
          </w:p>
        </w:tc>
        <w:tc>
          <w:tcPr>
            <w:tcW w:type="dxa" w:w="2209"/>
          </w:tcPr>
          <w:p>
            <w:r>
              <w:rPr>
                <w:b/>
                <w:i w:val="0"/>
                <w:sz w:val="19"/>
              </w:rPr>
              <w:t>Wynagrodzenie (zł)</w:t>
            </w:r>
          </w:p>
        </w:tc>
        <w:tc>
          <w:tcPr>
            <w:tcW w:type="dxa" w:w="2811"/>
          </w:tcPr>
          <w:p>
            <w:r>
              <w:rPr>
                <w:b/>
                <w:i w:val="0"/>
                <w:sz w:val="19"/>
              </w:rPr>
              <w:t>Podpis Pomocnika</w:t>
            </w:r>
          </w:p>
        </w:tc>
      </w:tr>
      <w:tr>
        <w:trPr>
          <w:trHeight w:val="397" w:hRule="atLeast"/>
        </w:trPr>
        <w:tc>
          <w:tcPr>
            <w:tcW w:type="dxa" w:w="180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81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0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811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80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81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0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811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80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81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0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811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80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81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0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811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80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81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0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811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80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81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0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811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807"/>
          </w:tcPr>
          <w:p>
            <w:r>
              <w:rPr>
                <w:b w:val="0"/>
                <w:i w:val="0"/>
                <w:sz w:val="19"/>
              </w:rPr>
              <w:t>Razem</w:t>
            </w:r>
          </w:p>
        </w:tc>
        <w:tc>
          <w:tcPr>
            <w:tcW w:type="dxa" w:w="281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0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811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Szukasz pomocników do zbiorów albo sprzedajesz plony? Dodaj ogłoszenie za darmo na denwi.pl.</w:t>
      <w:br/>
    </w:r>
    <w:r>
      <w:rPr>
        <w:b w:val="0"/>
        <w:i w:val="0"/>
        <w:sz w:val="14"/>
      </w:rPr>
      <w:t>Bezpłatny wzór: denwi.pl/wzory-umow/umowa-o-pomocy-przy-zbiorach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o pomocy przy zbiorach - wzór Word (Denwi.pl)</dc:title>
  <dc:subject>Wzór umowy o pomocy przy zbiorach między rolnikiem a pomocnikiem rolnika, z art. 91a-91f ustawy o ubezpieczeniu społecznym rolników</dc:subject>
  <dc:creator>Denwi.pl</dc:creator>
  <cp:keywords>umowa o pomocy przy zbiorach, pomocnik rolnika, wzór umowy o pomocy przy zbiorach, KRUS, zbiór owoców, praca sezonowa,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