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INSTRUMENTU MUZYCZNEGO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Instrument</w:t>
      </w:r>
    </w:p>
    <w:p>
      <w:pPr>
        <w:tabs>
          <w:tab w:pos="6722" w:val="right" w:leader="dot"/>
          <w:tab w:pos="694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(pianino, gitara, skrzypce, perkusja, keyboard)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/ lutnik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seryjny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(pęknięcia, płyta, gryf, mechanika, klawisze, elektronika)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naprawy i ostatnie strojenie lub regulacja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(lub „brak”)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zestawie (futerał, statyw, ławka)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instrument jest jego własnością, nie pochodzi z kradzieży ani innego przestępstwa, nie ma obciążeń na rzecz osób trzecich, a marka, model i numer seryjny podane w § 1 są zgodne z jego wiedzą (instrument nie jest kopią z cudzym logo).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Cena, wydanie i transport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lub BLIK-iem; instrument zostanie wydany po zaksięgowaniu całej ceny.</w:t>
      </w:r>
    </w:p>
    <w:p>
      <w:pPr>
        <w:spacing w:before="0" w:after="40"/>
        <w:jc w:val="both"/>
      </w:pPr>
      <w:r>
        <w:rPr>
          <w:b w:val="0"/>
          <w:i w:val="0"/>
        </w:rPr>
        <w:t>Transport instrumentu organizuje i opłaca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Kupujący, który odbiera instrument z miejsca wskazanego przez Sprzedającego,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Sprzedający, który dostarcza instrument pod adres Kupującego.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miejsce wydania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Ryzyko przypadkowego uszkodzenia przechodzi na Kupującego z chwilą wydania instrumentu (art. 548 § 1 k.c.), a przy transporcie organizowanym przez Sprzedającego z chwilą dostarczenia go Kupującemu.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Rękojmia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Kupujący zagrał lub wypróbował instrument, obejrzał go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instrumentu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Sprzedający jest przedsiębiorcą, a Kupujący konsumentem, wyłączenie nie działa (art. 558 § 1 k.c.).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Kodeks cywilny. Umowę sporządzono w dwóch jednobrzmiących egzemplarzach.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instrument do sprzedania?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denwi.pl/wzory-umow/umowa-kupna-sprzedazy-instrumentu-muzycznego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muzyka-edukacja&amp;utm_source=wzor-pdf&amp;utm_medium=docx&amp;utm_campaign=umowa-kupna-sprzedazy-instrumentu-muzycz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instrumentu muzycznego - wzór Word (Denwi.pl)</dc:title>
  <dc:subject>Wzór umowy kupna-sprzedaży używanego instrumentu muzycznego: pianino, gitara, skrzypce, perkusja, numer seryjny, stan, strojenie i transport, do wypełnienia i druku</dc:subject>
  <dc:creator>Denwi.pl</dc:creator>
  <cp:keywords>umowa kupna sprzedaży instrumentu muzycznego, umowa kupna sprzedaży pianina, umowa kupna sprzedaży gitary, wzór, Word, DOCX, instrument używany,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