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DAROWIZNY PIENIĘDZY</w:t>
      </w:r>
    </w:p>
    <w:p>
      <w:pPr>
        <w:spacing w:before="80" w:after="40"/>
      </w:pPr>
      <w:r>
        <w:rPr>
          <w:b/>
          <w:i/>
        </w:rPr>
        <w:t>Darczyńca: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40"/>
      </w:pPr>
      <w:r>
        <w:rPr>
          <w:b/>
          <w:i/>
        </w:rPr>
        <w:t>Obdarowany: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Kwota darowizny</w:t>
      </w:r>
    </w:p>
    <w:p>
      <w:pPr>
        <w:spacing w:before="0" w:after="40"/>
        <w:jc w:val="both"/>
      </w:pPr>
      <w:r>
        <w:rPr>
          <w:b w:val="0"/>
          <w:i w:val="0"/>
        </w:rPr>
        <w:t>Darczyńca daruje Obdarowanemu, a Obdarowany przyjmuje, bez obowiązku zwrotu, kwotę:</w:t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darowizny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Cel darowizny (opcjonalnie, np. zakup mieszkania)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Przekazanie pieniędzy</w:t>
      </w:r>
    </w:p>
    <w:p>
      <w:pPr>
        <w:spacing w:before="0" w:after="40"/>
        <w:jc w:val="both"/>
      </w:pPr>
      <w:r>
        <w:rPr>
          <w:b w:val="0"/>
          <w:i w:val="0"/>
        </w:rPr>
        <w:t>Darczyńca przekaże kwotę z § 1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lub wpłatą Darczyńcy na rachunek bankowy (płatniczy) Obdarowanego, z tytułem „darowizna”; dowodem przekazania jest potwierdzenie przelewu lub wpłaty,</w:t>
      </w:r>
    </w:p>
    <w:p>
      <w:pPr>
        <w:tabs>
          <w:tab w:pos="5791" w:val="right" w:leader="dot"/>
          <w:tab w:pos="601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Obdarowanego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termin przekazania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do rąk Obdarowanego przy podpisaniu umowy, co Obdarowany kwituje podpisem pod umową.</w:t>
      </w:r>
    </w:p>
    <w:p>
      <w:pPr>
        <w:spacing w:before="0" w:after="40"/>
        <w:jc w:val="both"/>
      </w:pPr>
      <w:r>
        <w:rPr>
          <w:b w:val="0"/>
          <w:i/>
          <w:sz w:val="18"/>
        </w:rPr>
        <w:t>Umowa bez aktu notarialnego staje się ważna z chwilą przekazania pieniędzy (art. 890 § 1 k.c.). W najbliższej rodzinie zwolnienie z podatku przy kwocie powyżej 36 120 zł wymaga przelewu na rachunek Obdarowanego lub przekazu pocztowego (art. 4a ust. 1 pkt 2 ustawy o podatku od spadków i darowizn).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Pokrewieństwo i podatek</w:t>
      </w:r>
    </w:p>
    <w:p>
      <w:pPr>
        <w:spacing w:before="0" w:after="40"/>
        <w:jc w:val="both"/>
      </w:pPr>
      <w:r>
        <w:rPr>
          <w:b w:val="0"/>
          <w:i w:val="0"/>
        </w:rPr>
        <w:t>Obdarowany jest dla Darczyńcy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małżonkiem, zstępnym (dziecko, wnuk), wstępnym (rodzic, dziadek), rodzeństwem, pasierbem, ojczymem lub macochą (najbliższa rodzina, art. 4a ustawy),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zięciem, synową, teściem lub teściową (I grupa podatkowa),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bratankiem, siostrzeńcem, wujem, ciotką, szwagrem lub inną osobą z II grupy podatkowej,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osobą dalszą lub obcą (III grupa podatkowa).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Stopień pokrewieństwa (np. syn, wnuczka, bratanek, brak)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Darowizny od Darczyńcy w tym roku i 5 latach wstecz (łącznie zł lub „brak”) </w:t>
        <w:tab/>
      </w:r>
    </w:p>
    <w:p>
      <w:pPr>
        <w:spacing w:before="0" w:after="40"/>
        <w:jc w:val="both"/>
      </w:pPr>
      <w:r>
        <w:rPr>
          <w:b w:val="0"/>
          <w:i w:val="0"/>
        </w:rPr>
        <w:t>Obowiązki w podatku od spadków i darowizn (zgłoszenie SD-Z2 w 6 miesięcy albo zeznanie SD-3 w miesiąc) spoczywają na Obdarowanym. Darowizna pieniędzy nie podlega podatkowi PCC.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Majątek wspólny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Darowana kwota stanowi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majątek osobisty Darczyńcy,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majątek wspólny Darczyńcy i małżonka, który podpisem pod umową wyraża zgodę na darowiznę (art. 37 § 1 pkt 4 Kodeksu rodzinnego i opiekuńczego):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Małżonek Darczyńcy: imię i nazwisko, PESEL </w:t>
        <w:tab/>
      </w:r>
    </w:p>
    <w:p>
      <w:pPr>
        <w:spacing w:before="0" w:after="40"/>
        <w:jc w:val="both"/>
      </w:pPr>
      <w:r>
        <w:rPr>
          <w:b w:val="0"/>
          <w:i w:val="0"/>
        </w:rPr>
        <w:t>Darczyńca może odwołać darowiznę z powodu rażącej niewdzięczności Obdarowanego (art. 898 k.c.). Koszty umowy ponosi Obdarowany. W sprawach nieuregulowanych stosuje się Kodeks cywilny.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Darczyńca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Małżonek Darczyńcy (zgoda)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Obdarowany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Masz coś na sprzedaż lub wynajem? Dodaj ogłoszenie za darmo na denwi.pl, bez prowizji.</w:t>
      <w:br/>
    </w:r>
    <w:r>
      <w:rPr>
        <w:b w:val="0"/>
        <w:i w:val="0"/>
        <w:sz w:val="14"/>
      </w:rPr>
      <w:t>Bezpłatny wzór: denwi.pl/wzory-umow/umowa-darowizny-pieniedzy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darowizny pieniędzy - wzór Word (Denwi.pl)</dc:title>
  <dc:subject>Wzór umowy darowizny pieniędzy między osobami prywatnymi, z przelewem na rachunek obdarowanego, grupą podatkową i zgodą małżonka</dc:subject>
  <dc:creator>Denwi.pl</dc:creator>
  <cp:keywords>umowa darowizny pieniędzy, darowizna pieniędzy wzór, darowizna od rodziców, darowizna przelew, SD-Z2, grupa zerowa,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