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(imię i nazwisko pracownika)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(stanowisko, adres do korespondencji)</w:t>
      </w:r>
    </w:p>
    <w:p>
      <w:pPr>
        <w:tabs>
          <w:tab w:pos="9638" w:val="right" w:leader="dot"/>
        </w:tabs>
        <w:spacing w:before="120" w:after="0"/>
        <w:ind w:left="4876"/>
      </w:pPr>
      <w:r>
        <w:rPr>
          <w:b w:val="0"/>
          <w:i w:val="0"/>
        </w:rPr>
        <w:tab/>
      </w:r>
    </w:p>
    <w:p>
      <w:pPr>
        <w:spacing w:before="0" w:after="40"/>
        <w:ind w:left="4876"/>
      </w:pPr>
      <w:r>
        <w:rPr>
          <w:b w:val="0"/>
          <w:i/>
          <w:sz w:val="15"/>
        </w:rPr>
        <w:t>(nazwa pracodawcy)</w:t>
      </w:r>
    </w:p>
    <w:p>
      <w:pPr>
        <w:tabs>
          <w:tab w:pos="9638" w:val="right" w:leader="dot"/>
        </w:tabs>
        <w:spacing w:before="120" w:after="0"/>
        <w:ind w:left="4876"/>
      </w:pPr>
      <w:r>
        <w:rPr>
          <w:b w:val="0"/>
          <w:i w:val="0"/>
        </w:rPr>
        <w:tab/>
      </w:r>
    </w:p>
    <w:p>
      <w:pPr>
        <w:spacing w:before="0" w:after="40"/>
        <w:ind w:left="4876"/>
      </w:pPr>
      <w:r>
        <w:rPr>
          <w:b w:val="0"/>
          <w:i/>
          <w:sz w:val="15"/>
        </w:rPr>
        <w:t>(adres siedziby pracodawcy)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OŚWIADCZENIE O ROZWIĄZANIU UMOWY O PRACĘ</w:t>
      </w:r>
    </w:p>
    <w:p>
      <w:pPr>
        <w:spacing w:before="0" w:after="160"/>
        <w:jc w:val="center"/>
      </w:pPr>
      <w:r>
        <w:rPr>
          <w:b w:val="0"/>
          <w:i/>
        </w:rPr>
        <w:t>bez wypowiedzenia przez pracownika (art. 55 Kodeksu pracy)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Rozwiązuję bez wypowiedzenia umowę o pracę zawartą dnia </w:t>
        <w:tab/>
      </w:r>
    </w:p>
    <w:p>
      <w:pPr>
        <w:spacing w:before="0" w:after="40"/>
        <w:jc w:val="both"/>
      </w:pPr>
      <w:r>
        <w:rPr>
          <w:b w:val="0"/>
          <w:i w:val="0"/>
        </w:rPr>
        <w:t>Umowa jest zawarta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nieokreślony,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określony do dnia ............................ 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okres próbny do dnia ............................ .</w:t>
      </w:r>
    </w:p>
    <w:p>
      <w:pPr>
        <w:spacing w:before="0" w:after="40"/>
        <w:jc w:val="both"/>
      </w:pPr>
      <w:r>
        <w:rPr>
          <w:b w:val="0"/>
          <w:i w:val="0"/>
        </w:rPr>
        <w:t>Umowa rozwiązuje się z dniem doręczenia tego oświadczenia pracodawcy.</w:t>
      </w:r>
    </w:p>
    <w:p>
      <w:pPr>
        <w:spacing w:before="120" w:after="40"/>
      </w:pPr>
      <w:r>
        <w:rPr>
          <w:b/>
          <w:i w:val="0"/>
        </w:rPr>
        <w:t>1. Podstawa rozwiązania (zaznacz jedno)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art. 55 § 1¹ KP: pracodawca dopuścił się ciężkiego naruszenia podstawowych obowiązków wobec mnie (np. nie wypłaca wynagrodzenia w terminie, narusza godność pracownika, stosuje mobbing, rażąco narusza zasady BHP),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art. 55 § 1 KP: wydano orzeczenie lekarskie stwierdzające szkodliwy wpływ wykonywanej pracy na moje zdrowie, a pracodawca nie przeniósł mnie w terminie wskazanym w orzeczeniu do innej, odpowiedniej pracy (orzeczenie z dnia ......................... ).</w:t>
      </w:r>
    </w:p>
    <w:p>
      <w:pPr>
        <w:spacing w:before="120" w:after="40"/>
      </w:pPr>
      <w:r>
        <w:rPr>
          <w:b/>
          <w:i w:val="0"/>
        </w:rPr>
        <w:t>2. Przyczyna (opisz konkretnie: co, kiedy, od kiedy trwa)</w:t>
      </w:r>
    </w:p>
    <w:p>
      <w:pPr>
        <w:spacing w:before="0" w:after="40"/>
        <w:jc w:val="both"/>
      </w:pPr>
      <w:r>
        <w:rPr>
          <w:b w:val="0"/>
          <w:i/>
          <w:sz w:val="18"/>
        </w:rPr>
        <w:t>Oświadczenie musi być na piśmie i podawać przyczynę (art. 55 § 2 KP). Złóż je w ciągu 1 miesiąca od dowiedzenia się o naruszeniu; przy naruszeniu trwającym termin liczy się od jego ustania lub od chwili, gdy naruszenie stało się dla Ciebie nie do zniesienia, co w razie sporu oceni sąd (art. 52 § 2 KP).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Dowody (np. wyciągi z konta, pisma, e-maile, świadkowie) </w:t>
        <w:tab/>
      </w:r>
    </w:p>
    <w:p>
      <w:pPr>
        <w:spacing w:before="120" w:after="40"/>
      </w:pPr>
      <w:r>
        <w:rPr>
          <w:b/>
          <w:i w:val="0"/>
        </w:rPr>
        <w:t>3. Żądania (zaznacz, jeśli dotyczy)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Przy rozwiązaniu z art. 55 § 1¹ KP żądam odszkodowania w wysokości wynagrodzenia za okres wypowiedzenia, a przy umowie na czas określony za czas, do którego umowa miała trwać, nie więcej niż za okres wypowiedzenia, w kwocie ......................... zł.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Żądam wypłaty zaległego wynagrodzenia w kwocie ......................... zł oraz ekwiwalentu za niewykorzystany urlop wypoczynkowy (art. 171 KP).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Proszę o wydanie świadectwa pracy z trybem rozwiązania: art. 55 § 1¹ albo § 1 KP (art. 97 § 1 i 2 KP) albo przesłanie go na adres podany wyżej.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Rachunek do wypłaty należności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Rozwiązanie umowy z tych przyczyn ma skutki, jakie przepisy wiążą z wypowiedzeniem umowy przez pracodawcę (art. 55 § 3 KP). Jeśli sąd uzna, że przyczyna z art. 55 § 1¹ KP nie istniała, pracodawca może żądać odszkodowania w wysokości wynagrodzenia za okres wypowiedzenia (art. 61¹ i 61² KP).</w:t>
      </w:r>
    </w:p>
    <w:p>
      <w:pPr>
        <w:spacing w:before="120" w:after="0"/>
      </w:pPr>
    </w:p>
    <w:p>
      <w:pPr>
        <w:tabs>
          <w:tab w:pos="9638" w:val="right" w:leader="dot"/>
        </w:tabs>
        <w:spacing w:before="120" w:after="0"/>
        <w:ind w:left="5669"/>
      </w:pPr>
      <w:r>
        <w:rPr>
          <w:b w:val="0"/>
          <w:i w:val="0"/>
        </w:rPr>
        <w:tab/>
      </w:r>
    </w:p>
    <w:p>
      <w:pPr>
        <w:spacing w:before="0" w:after="40"/>
        <w:ind w:left="5669"/>
      </w:pPr>
      <w:r>
        <w:rPr>
          <w:b w:val="0"/>
          <w:i/>
          <w:sz w:val="15"/>
        </w:rPr>
        <w:t>(czytelny podpis pracownika)</w:t>
      </w:r>
    </w:p>
    <w:p>
      <w:pPr>
        <w:tabs>
          <w:tab w:pos="4278" w:val="right" w:leader="dot"/>
          <w:tab w:pos="450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Oświadczenie otrzymano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podpis za pracodawcę </w:t>
        <w:tab/>
      </w:r>
    </w:p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Szukasz nowej pracy? Oferty pracy z Twojej okolicy na denwi.pl.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denwi.pl/wzory-umow/rozwiazanie-umowy-o-prace-bez-wypowiedzenia-przez-pracownika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ogloszenia/praca?utm_source=wzor-pdf&amp;utm_medium=docx&amp;utm_campaign=rozwiazanie-umowy-o-prace-bez-wypowiedzenia-przez-pracow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Rozwiązanie umowy o pracę bez wypowiedzenia przez pracownika (art. 55 KP) - wzór Word (Denwi.pl)</dc:title>
  <dc:subject>Wzór oświadczenia pracownika o rozwiązaniu umowy o pracę bez wypowiedzenia z winy pracodawcy (art. 55 § 1¹ KP) albo z powodu orzeczenia lekarskiego (art. 55 § 1 KP), z żądaniem odszkodowania</dc:subject>
  <dc:creator>Denwi.pl</dc:creator>
  <cp:keywords>rozwiązanie umowy o pracę bez wypowiedzenia przez pracownika, art. 55 KP, dyscyplinarka dla pracodawcy, ciężkie naruszenie obowiązków pracodawcy, odszkodowanie,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