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POROZUMIENIE O ROZWIĄZANIU UMOWY O PRACĘ</w:t>
      </w:r>
    </w:p>
    <w:p>
      <w:pPr>
        <w:spacing w:before="0" w:after="160"/>
        <w:jc w:val="center"/>
      </w:pPr>
      <w:r>
        <w:rPr>
          <w:b w:val="0"/>
          <w:i/>
        </w:rPr>
        <w:t>za porozumieniem stron (art. 30 § 1 pkt 1 Kodeksu pracy)</w:t>
      </w:r>
    </w:p>
    <w:p>
      <w:pPr>
        <w:spacing w:before="80" w:after="40"/>
      </w:pPr>
      <w:r>
        <w:rPr>
          <w:b/>
          <w:i/>
        </w:rPr>
        <w:t>Pracodawca:</w:t>
      </w:r>
    </w:p>
    <w:p>
      <w:pPr>
        <w:tabs>
          <w:tab w:pos="6417" w:val="right" w:leader="dot"/>
          <w:tab w:pos="664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Nazwa / 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NIP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siedziby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reprezentowany przez </w:t>
        <w:tab/>
      </w:r>
    </w:p>
    <w:p>
      <w:pPr>
        <w:spacing w:before="80" w:after="40"/>
      </w:pPr>
      <w:r>
        <w:rPr>
          <w:b/>
          <w:i/>
        </w:rPr>
        <w:t>Pracownik:</w:t>
      </w:r>
    </w:p>
    <w:p>
      <w:pPr>
        <w:tabs>
          <w:tab w:pos="5728" w:val="right" w:leader="dot"/>
          <w:tab w:pos="595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Rozwiązanie umowy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Umowa o pracę zawarta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na stanowisku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rozwiązuje się za porozumieniem stron z dniem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Strony mogą wybrać dowolny dzień; okresów wypowiedzenia nie stosuje się.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Inicjatywa i przyczyna</w:t>
      </w:r>
    </w:p>
    <w:p>
      <w:pPr>
        <w:spacing w:before="0" w:after="40"/>
        <w:jc w:val="both"/>
      </w:pPr>
      <w:r>
        <w:rPr>
          <w:b w:val="0"/>
          <w:i w:val="0"/>
        </w:rPr>
        <w:t>Porozumienie zawarto z inicjatywy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pracownika,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pracodawcy.</w:t>
      </w:r>
    </w:p>
    <w:p>
      <w:pPr>
        <w:spacing w:before="0" w:after="40"/>
        <w:jc w:val="both"/>
      </w:pPr>
      <w:r>
        <w:rPr>
          <w:b w:val="0"/>
          <w:i w:val="0"/>
        </w:rPr>
        <w:t>Przyczyna (zaznacz, jeśli dotyczy; kopia porozumienia przyda się w urzędzie pracy):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zmiana miejsca zamieszkania pracownika,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upadłość lub likwidacja pracodawcy albo zmniejszenie zatrudnienia z przyczyn dotyczących zakładu pracy, niedotyczących pracownika,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Po porozumieniu stron zasiłek dla bezrobotnych przysługuje dopiero po 90 dniach od rejestracji w urzędzie pracy, chyba że przyczyną była zmiana miejsca zamieszkania, upadłość, likwidacja pracodawcy albo zmniejszenie zatrudnienia z przyczyn dotyczących zakładu pracy (art. 220 ust. 1 pkt 5 i ust. 2 pkt 3 ustawy o rynku pracy i służbach zatrudnienia z 20 marca 2025 r.).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Pracodawca zatrudnia co najmniej 20 pracowników, a przyczyny niedotyczące pracownika są wyłącznym powodem porozumienia: pracownikowi przysługuje odprawa pieniężna (art. 8 i 10 ustawy o zwolnieniach grupowych) w wysokości: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brutto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płatna do dnia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Urlop, rozliczenia i świadectwo pracy</w:t>
      </w:r>
    </w:p>
    <w:p>
      <w:pPr>
        <w:spacing w:before="0" w:after="40"/>
        <w:jc w:val="both"/>
      </w:pPr>
      <w:r>
        <w:rPr>
          <w:b w:val="0"/>
          <w:i w:val="0"/>
        </w:rPr>
        <w:t>Niewykorzystany urlop wypoczynkowy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pracownik wykorzysta do dnia rozwiązania umowy w wymiarze ........ dni,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pracodawca wypłaci za ........ dni urlopu ekwiwalent pieniężny w terminie wypłaty wynagrodzenia (art. 171 § 4 i 5 KP),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pracownik nie ma niewykorzystanego urlopu.</w:t>
      </w:r>
    </w:p>
    <w:p>
      <w:pPr>
        <w:spacing w:before="0" w:after="40"/>
        <w:jc w:val="both"/>
      </w:pPr>
      <w:r>
        <w:rPr>
          <w:b w:val="0"/>
          <w:i w:val="0"/>
        </w:rPr>
        <w:t>Pracodawca wypłaci wynagrodzenie należne do dnia rozwiązania umowy i wyda pracownikowi świadectwo pracy w dniu rozwiązania umowy, a jeśli to niemożliwe, prześle je w ciągu 7 dni (art. 97 § 1 KP), z trybem rozwiązania: porozumienie stron, art. 30 § 1 pkt 1 KP (art. 97 § 2 KP). Pracownik zwróci do dnia rozwiązania umowy powierzone mienie (np. klucze, laptop, telefon, odzież):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 w:val="0"/>
        </w:rPr>
        <w:t>Porozumienie sporządzono w dwóch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Pracodawca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Pracownik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pracownika albo nowej pracy? Dodaj ogłoszenie za darmo na denwi.pl, bez prowizji.</w:t>
      <w:br/>
    </w:r>
    <w:r>
      <w:rPr>
        <w:b w:val="0"/>
        <w:i w:val="0"/>
        <w:sz w:val="14"/>
      </w:rPr>
      <w:t>Bezpłatny wzór: denwi.pl/wzory-umow/porozumienie-o-rozwiazaniu-umowy-o-prace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Porozumienie o rozwiązaniu umowy o pracę - wzór Word (Denwi.pl)</dc:title>
  <dc:subject>Wzór porozumienia stron o rozwiązaniu umowy o pracę: data rozwiązania, inicjatywa i przyczyna (zasiłek dla bezrobotnych), urlop, ekwiwalent i świadectwo pracy</dc:subject>
  <dc:creator>Denwi.pl</dc:creator>
  <cp:keywords>porozumienie stron, rozwiązanie umowy o pracę za porozumieniem stron, porozumienie o rozwiązaniu umowy o pracę wzór, art. 30 KP, zasiłek,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