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POKWITOWANIE ODBIORU GOTÓWKI</w:t>
      </w:r>
    </w:p>
    <w:p>
      <w:pPr>
        <w:spacing w:before="80" w:after="40"/>
      </w:pPr>
      <w:r>
        <w:rPr>
          <w:b/>
          <w:i/>
        </w:rPr>
        <w:t>Ja, niżej podpisany(-a), przyjmujący pieniądze: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5034" w:val="right" w:leader="dot"/>
          <w:tab w:pos="5261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spacing w:before="80" w:after="0"/>
      </w:pPr>
    </w:p>
    <w:p>
      <w:pPr>
        <w:spacing w:before="0" w:after="40"/>
        <w:jc w:val="both"/>
      </w:pPr>
      <w:r>
        <w:rPr>
          <w:b/>
          <w:i/>
        </w:rPr>
        <w:t>potwierdzam, że otrzymałem(-am) gotówką od:</w:t>
      </w:r>
    </w:p>
    <w:p>
      <w:pPr>
        <w:spacing w:before="40" w:after="0"/>
      </w:pPr>
    </w:p>
    <w:p>
      <w:pPr>
        <w:spacing w:before="80" w:after="40"/>
      </w:pPr>
      <w:r>
        <w:rPr>
          <w:b/>
          <w:i/>
        </w:rPr>
        <w:t>Przekazujący pieniądze: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Seria i numer dowodu osobistego </w:t>
        <w:tab/>
      </w:r>
    </w:p>
    <w:p>
      <w:pPr>
        <w:spacing w:before="120" w:after="0"/>
      </w:pPr>
    </w:p>
    <w:p>
      <w:pPr>
        <w:spacing w:before="0" w:after="40"/>
        <w:jc w:val="both"/>
      </w:pPr>
      <w:r>
        <w:rPr>
          <w:b/>
          <w:i/>
        </w:rPr>
        <w:t>Kwotę:</w:t>
      </w:r>
    </w:p>
    <w:p>
      <w:pPr>
        <w:tabs>
          <w:tab w:pos="3486" w:val="right" w:leader="dot"/>
          <w:tab w:pos="371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Waluta, jeśli inna niż złote (np. EUR)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i godzina przekazania pieniędzy </w:t>
        <w:tab/>
      </w:r>
    </w:p>
    <w:p>
      <w:pPr>
        <w:spacing w:before="120" w:after="0"/>
      </w:pPr>
    </w:p>
    <w:p>
      <w:pPr>
        <w:spacing w:before="0" w:after="40"/>
        <w:jc w:val="both"/>
      </w:pPr>
      <w:r>
        <w:rPr>
          <w:b/>
          <w:i/>
        </w:rPr>
        <w:t>Tytułem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zapłaty ceny lub jej części z umowy sprzedaży albo innej umowy,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zadatku (art. 394 Kodeksu cywilnego),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zaliczki na poczet ceny lub wynagrodzenia,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kaucji (np. za najem mieszkania lub sprzętu),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zwrotu pożyczki lub jej raty,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inne, opisane niżej.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Dotyczy (umowa, jej data i przedmiot albo opis innego tytułu)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ab/>
      </w:r>
    </w:p>
    <w:p>
      <w:pPr>
        <w:spacing w:before="120" w:after="0"/>
      </w:pPr>
    </w:p>
    <w:p>
      <w:pPr>
        <w:spacing w:before="0" w:after="40"/>
        <w:jc w:val="both"/>
      </w:pPr>
      <w:r>
        <w:rPr>
          <w:b/>
          <w:i/>
        </w:rPr>
        <w:t>Otrzymana kwota stanowi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całą należność z tego tytułu; przekazujący nie ma wobec mnie dalszych zobowiązań z tego tytułu,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część należności; do zapłaty pozostaje kwota podana niżej.</w:t>
      </w:r>
    </w:p>
    <w:p>
      <w:pPr>
        <w:tabs>
          <w:tab w:pos="3486" w:val="right" w:leader="dot"/>
          <w:tab w:pos="371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Pozostało do zapłaty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 w:val="0"/>
          <w:i w:val="0"/>
        </w:rPr>
        <w:t>Pieniądze przeliczyłem(-am) w obecności przekazującego i nie zgłaszam zastrzeżeń co do ich ilości ani autentyczności. Oryginał pokwitowania otrzymuje przekazujący.</w:t>
      </w:r>
    </w:p>
    <w:p>
      <w:pPr>
        <w:spacing w:before="120" w:after="0"/>
      </w:pP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Świadek (opcjonalnie): imię i nazwisko, nr dowodu </w:t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3213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Przyjmujący (czytelny podpis)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Przekazujący (opcjonalnie)</w:t>
            </w:r>
          </w:p>
        </w:tc>
        <w:tc>
          <w:tcPr>
            <w:tcW w:type="dxa" w:w="3213"/>
          </w:tcPr>
          <w:p>
            <w:pPr>
              <w:jc w:val="center"/>
            </w:pPr>
            <w:r>
              <w:rPr>
                <w:b/>
                <w:i w:val="0"/>
              </w:rPr>
              <w:t>Świadek (jeśli jest)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/>
        <w:sz w:val="15"/>
      </w:rPr>
      <w:t>Masz coś na sprzedaż lub wynajem? Dodaj ogłoszenie za darmo na denwi.pl, bez prowizji.</w:t>
      <w:br/>
    </w:r>
    <w:r>
      <w:rPr>
        <w:b w:val="0"/>
        <w:i w:val="0"/>
        <w:sz w:val="14"/>
      </w:rPr>
      <w:t>Bezpłatny wzór: denwi.pl/wzory-umow/pokwitowanie-odbioru-gotowki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Pokwitowanie odbioru gotówki - wzór Word (Denwi.pl)</dc:title>
  <dc:subject>Wzór pokwitowania odbioru gotówki między osobami prywatnymi: kwota słownie, tytuł wpłaty (cena, zadatek, kaucja, zwrot pożyczki), podpis i świadek</dc:subject>
  <dc:creator>Denwi.pl</dc:creator>
  <cp:keywords>pokwitowanie odbioru gotówki, pokwitowanie odbioru pieniędzy, potwierdzenie odbioru gotówki, pokwitowanie wzór pdf, pokwitowanie zadatku,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