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6123" w:val="left"/>
          <w:tab w:pos="9638" w:val="right" w:leader="dot"/>
        </w:tabs>
        <w:spacing w:before="0" w:after="0"/>
        <w:jc w:val="right"/>
      </w:pPr>
      <w:r>
        <w:rPr>
          <w:b w:val="0"/>
          <w:i w:val="0"/>
        </w:rPr>
        <w:tab/>
        <w:tab/>
      </w:r>
    </w:p>
    <w:p>
      <w:pPr>
        <w:spacing w:before="0" w:after="120"/>
        <w:jc w:val="right"/>
      </w:pPr>
      <w:r>
        <w:rPr>
          <w:b w:val="0"/>
          <w:i w:val="0"/>
          <w:sz w:val="16"/>
        </w:rPr>
        <w:t>(miejscowość, data)</w:t>
      </w:r>
    </w:p>
    <w:p>
      <w:pPr>
        <w:tabs>
          <w:tab w:pos="4422" w:val="right" w:leader="dot"/>
        </w:tabs>
        <w:spacing w:before="120" w:after="0"/>
        <w:ind w:left="0"/>
      </w:pPr>
      <w:r>
        <w:rPr>
          <w:b w:val="0"/>
          <w:i w:val="0"/>
        </w:rPr>
        <w:tab/>
      </w:r>
    </w:p>
    <w:p>
      <w:pPr>
        <w:spacing w:before="0" w:after="40"/>
        <w:ind w:left="0"/>
      </w:pPr>
      <w:r>
        <w:rPr>
          <w:b w:val="0"/>
          <w:i/>
          <w:sz w:val="15"/>
        </w:rPr>
        <w:t>(imię i nazwisko mocodawcy (zbywcy pojazdu))</w:t>
      </w:r>
    </w:p>
    <w:p>
      <w:pPr>
        <w:tabs>
          <w:tab w:pos="4422" w:val="right" w:leader="dot"/>
        </w:tabs>
        <w:spacing w:before="120" w:after="0"/>
        <w:ind w:left="0"/>
      </w:pPr>
      <w:r>
        <w:rPr>
          <w:b w:val="0"/>
          <w:i w:val="0"/>
        </w:rPr>
        <w:tab/>
      </w:r>
    </w:p>
    <w:p>
      <w:pPr>
        <w:spacing w:before="0" w:after="40"/>
        <w:ind w:left="0"/>
      </w:pPr>
      <w:r>
        <w:rPr>
          <w:b w:val="0"/>
          <w:i/>
          <w:sz w:val="15"/>
        </w:rPr>
        <w:t>(adres zamieszkania)</w:t>
      </w:r>
    </w:p>
    <w:p>
      <w:pPr>
        <w:tabs>
          <w:tab w:pos="4422" w:val="right" w:leader="dot"/>
        </w:tabs>
        <w:spacing w:before="120" w:after="0"/>
        <w:ind w:left="0"/>
      </w:pPr>
      <w:r>
        <w:rPr>
          <w:b w:val="0"/>
          <w:i w:val="0"/>
        </w:rPr>
        <w:tab/>
      </w:r>
    </w:p>
    <w:p>
      <w:pPr>
        <w:spacing w:before="0" w:after="40"/>
        <w:ind w:left="0"/>
      </w:pPr>
      <w:r>
        <w:rPr>
          <w:b w:val="0"/>
          <w:i/>
          <w:sz w:val="15"/>
        </w:rPr>
        <w:t>(PESEL)</w:t>
      </w:r>
    </w:p>
    <w:p>
      <w:pPr>
        <w:tabs>
          <w:tab w:pos="9638" w:val="right" w:leader="dot"/>
        </w:tabs>
        <w:spacing w:before="120" w:after="0"/>
        <w:ind w:left="5216"/>
      </w:pPr>
      <w:r>
        <w:rPr>
          <w:b w:val="0"/>
          <w:i w:val="0"/>
        </w:rPr>
        <w:tab/>
      </w:r>
    </w:p>
    <w:p>
      <w:pPr>
        <w:spacing w:before="0" w:after="40"/>
        <w:ind w:left="5216"/>
      </w:pPr>
      <w:r>
        <w:rPr>
          <w:b w:val="0"/>
          <w:i/>
          <w:sz w:val="15"/>
        </w:rPr>
        <w:t>(Starosta / Prezydent Miasta)</w:t>
      </w:r>
    </w:p>
    <w:p>
      <w:pPr>
        <w:tabs>
          <w:tab w:pos="9638" w:val="right" w:leader="dot"/>
        </w:tabs>
        <w:spacing w:before="120" w:after="0"/>
        <w:ind w:left="5216"/>
      </w:pPr>
      <w:r>
        <w:rPr>
          <w:b w:val="0"/>
          <w:i w:val="0"/>
        </w:rPr>
        <w:tab/>
      </w:r>
    </w:p>
    <w:p>
      <w:pPr>
        <w:spacing w:before="0" w:after="40"/>
        <w:ind w:left="5216"/>
      </w:pPr>
      <w:r>
        <w:rPr>
          <w:b w:val="0"/>
          <w:i/>
          <w:sz w:val="15"/>
        </w:rPr>
        <w:t>(adres wydziału komunikacji)</w:t>
      </w:r>
    </w:p>
    <w:p>
      <w:pPr>
        <w:spacing w:before="120" w:after="0"/>
      </w:pPr>
    </w:p>
    <w:p>
      <w:pPr>
        <w:spacing w:before="0" w:after="40"/>
        <w:jc w:val="center"/>
      </w:pPr>
      <w:r>
        <w:rPr>
          <w:b/>
          <w:i w:val="0"/>
          <w:sz w:val="28"/>
        </w:rPr>
        <w:t>PEŁNOMOCNICTWO</w:t>
      </w:r>
    </w:p>
    <w:p>
      <w:pPr>
        <w:spacing w:before="0" w:after="160"/>
        <w:jc w:val="center"/>
      </w:pPr>
      <w:r>
        <w:rPr>
          <w:b w:val="0"/>
          <w:i/>
        </w:rPr>
        <w:t>do zawiadomienia o zbyciu pojazdu</w:t>
      </w:r>
    </w:p>
    <w:p>
      <w:pPr>
        <w:spacing w:before="0" w:after="40"/>
        <w:jc w:val="both"/>
      </w:pPr>
      <w:r>
        <w:rPr>
          <w:b/>
          <w:i w:val="0"/>
        </w:rPr>
        <w:t>Ja, niżej podpisany(-a), dotychczasowy właściciel (współwłaściciel) pojazdu, udzielam pełnomocnictwa:</w:t>
      </w:r>
    </w:p>
    <w:p>
      <w:pPr>
        <w:tabs>
          <w:tab w:pos="9638" w:val="right" w:leader="dot"/>
        </w:tabs>
        <w:spacing w:before="60" w:after="20"/>
      </w:pPr>
      <w:r>
        <w:rPr>
          <w:b w:val="0"/>
          <w:i w:val="0"/>
        </w:rPr>
        <w:t xml:space="preserve">Imię i nazwisko pełnomocnika </w:t>
        <w:tab/>
      </w:r>
    </w:p>
    <w:p>
      <w:pPr>
        <w:tabs>
          <w:tab w:pos="9638" w:val="right" w:leader="dot"/>
        </w:tabs>
        <w:spacing w:before="60" w:after="20"/>
      </w:pPr>
      <w:r>
        <w:rPr>
          <w:b w:val="0"/>
          <w:i w:val="0"/>
        </w:rPr>
        <w:t xml:space="preserve">Adres zamieszkania </w:t>
        <w:tab/>
      </w:r>
    </w:p>
    <w:p>
      <w:pPr>
        <w:tabs>
          <w:tab w:pos="4377" w:val="right" w:leader="dot"/>
          <w:tab w:pos="4604" w:val="left"/>
          <w:tab w:pos="9638" w:val="right" w:leader="dot"/>
        </w:tabs>
        <w:spacing w:before="60" w:after="20"/>
      </w:pPr>
      <w:r>
        <w:rPr>
          <w:b w:val="0"/>
          <w:i w:val="0"/>
        </w:rPr>
        <w:t xml:space="preserve">PESEL </w:t>
        <w:tab/>
      </w:r>
      <w:r>
        <w:rPr>
          <w:b w:val="0"/>
          <w:i w:val="0"/>
        </w:rPr>
        <w:tab/>
      </w:r>
      <w:r>
        <w:rPr>
          <w:b w:val="0"/>
          <w:i w:val="0"/>
        </w:rPr>
        <w:t xml:space="preserve">seria i nr dowodu osobistego </w:t>
        <w:tab/>
      </w:r>
    </w:p>
    <w:p>
      <w:pPr>
        <w:tabs>
          <w:tab w:pos="9638" w:val="right" w:leader="dot"/>
        </w:tabs>
        <w:spacing w:before="60" w:after="20"/>
      </w:pPr>
      <w:r>
        <w:rPr>
          <w:b w:val="0"/>
          <w:i w:val="0"/>
        </w:rPr>
        <w:t xml:space="preserve">Pełnomocnik jest (np. nabywcą pojazdu, moim synem, inną osobą) </w:t>
        <w:tab/>
      </w:r>
    </w:p>
    <w:p>
      <w:pPr>
        <w:spacing w:before="48" w:after="0"/>
      </w:pPr>
    </w:p>
    <w:p>
      <w:pPr>
        <w:spacing w:before="0" w:after="40"/>
        <w:jc w:val="both"/>
      </w:pPr>
      <w:r>
        <w:rPr>
          <w:b/>
          <w:i w:val="0"/>
        </w:rPr>
        <w:t>do zawiadomienia starosty o zbyciu pojazdu:</w:t>
      </w:r>
    </w:p>
    <w:p>
      <w:pPr>
        <w:tabs>
          <w:tab w:pos="5133" w:val="right" w:leader="dot"/>
          <w:tab w:pos="5360" w:val="left"/>
          <w:tab w:pos="9638" w:val="right" w:leader="dot"/>
        </w:tabs>
        <w:spacing w:before="60" w:after="20"/>
      </w:pPr>
      <w:r>
        <w:rPr>
          <w:b w:val="0"/>
          <w:i w:val="0"/>
        </w:rPr>
        <w:t xml:space="preserve">Rodzaj, marka i model </w:t>
        <w:tab/>
      </w:r>
      <w:r>
        <w:rPr>
          <w:b w:val="0"/>
          <w:i w:val="0"/>
        </w:rPr>
        <w:tab/>
      </w:r>
      <w:r>
        <w:rPr>
          <w:b w:val="0"/>
          <w:i w:val="0"/>
        </w:rPr>
        <w:t xml:space="preserve">nr rejestracyjny </w:t>
        <w:tab/>
      </w:r>
    </w:p>
    <w:p>
      <w:pPr>
        <w:tabs>
          <w:tab w:pos="6274" w:val="right" w:leader="dot"/>
          <w:tab w:pos="6501" w:val="left"/>
          <w:tab w:pos="9638" w:val="right" w:leader="dot"/>
        </w:tabs>
        <w:spacing w:before="60" w:after="20"/>
      </w:pPr>
      <w:r>
        <w:rPr>
          <w:b w:val="0"/>
          <w:i w:val="0"/>
        </w:rPr>
        <w:t xml:space="preserve">Nr VIN </w:t>
        <w:tab/>
      </w:r>
      <w:r>
        <w:rPr>
          <w:b w:val="0"/>
          <w:i w:val="0"/>
        </w:rPr>
        <w:tab/>
      </w:r>
      <w:r>
        <w:rPr>
          <w:b w:val="0"/>
          <w:i w:val="0"/>
        </w:rPr>
        <w:t xml:space="preserve">rok produkcji </w:t>
        <w:tab/>
      </w:r>
    </w:p>
    <w:p>
      <w:pPr>
        <w:spacing w:before="48" w:after="0"/>
      </w:pPr>
    </w:p>
    <w:p>
      <w:pPr>
        <w:spacing w:before="0" w:after="40"/>
        <w:jc w:val="both"/>
      </w:pPr>
      <w:r>
        <w:rPr>
          <w:b/>
          <w:i w:val="0"/>
        </w:rPr>
        <w:t>Sposób zbycia (zaznacz jedno):</w:t>
      </w:r>
    </w:p>
    <w:p>
      <w:pPr>
        <w:spacing w:before="0" w:after="40"/>
        <w:ind w:left="454" w:hanging="340"/>
      </w:pPr>
      <w:r>
        <w:rPr>
          <w:b w:val="0"/>
          <w:i w:val="0"/>
        </w:rPr>
        <w:t>☐  umowa sprzedaży,</w:t>
      </w:r>
    </w:p>
    <w:p>
      <w:pPr>
        <w:spacing w:before="0" w:after="40"/>
        <w:ind w:left="454" w:hanging="340"/>
      </w:pPr>
      <w:r>
        <w:rPr>
          <w:b w:val="0"/>
          <w:i w:val="0"/>
        </w:rPr>
        <w:t>☐  umowa darowizny,</w:t>
      </w:r>
    </w:p>
    <w:p>
      <w:pPr>
        <w:spacing w:before="0" w:after="40"/>
        <w:ind w:left="454" w:hanging="340"/>
      </w:pPr>
      <w:r>
        <w:rPr>
          <w:b w:val="0"/>
          <w:i w:val="0"/>
        </w:rPr>
        <w:t>☐  umowa zamiany lub inna umowa:</w:t>
      </w:r>
    </w:p>
    <w:p>
      <w:pPr>
        <w:tabs>
          <w:tab w:pos="4706" w:val="right" w:leader="dot"/>
          <w:tab w:pos="4932" w:val="left"/>
          <w:tab w:pos="9638" w:val="right" w:leader="dot"/>
        </w:tabs>
        <w:spacing w:before="60" w:after="20"/>
      </w:pPr>
      <w:r>
        <w:rPr>
          <w:b w:val="0"/>
          <w:i w:val="0"/>
        </w:rPr>
        <w:t xml:space="preserve">data zawarcia umowy (dzień zbycia) </w:t>
        <w:tab/>
      </w:r>
      <w:r>
        <w:rPr>
          <w:b w:val="0"/>
          <w:i w:val="0"/>
        </w:rPr>
        <w:tab/>
      </w:r>
      <w:r>
        <w:rPr>
          <w:b w:val="0"/>
          <w:i w:val="0"/>
        </w:rPr>
        <w:t xml:space="preserve">inna umowa (jaka) </w:t>
        <w:tab/>
      </w:r>
    </w:p>
    <w:p>
      <w:pPr>
        <w:tabs>
          <w:tab w:pos="9638" w:val="right" w:leader="dot"/>
        </w:tabs>
        <w:spacing w:before="60" w:after="20"/>
      </w:pPr>
      <w:r>
        <w:rPr>
          <w:b w:val="0"/>
          <w:i w:val="0"/>
        </w:rPr>
        <w:t xml:space="preserve">Nabywca: imię i nazwisko lub nazwa </w:t>
        <w:tab/>
      </w:r>
    </w:p>
    <w:p>
      <w:pPr>
        <w:tabs>
          <w:tab w:pos="5490" w:val="right" w:leader="dot"/>
          <w:tab w:pos="5717" w:val="left"/>
          <w:tab w:pos="9638" w:val="right" w:leader="dot"/>
        </w:tabs>
        <w:spacing w:before="60" w:after="20"/>
      </w:pPr>
      <w:r>
        <w:rPr>
          <w:b w:val="0"/>
          <w:i w:val="0"/>
        </w:rPr>
        <w:t xml:space="preserve">Adres nabywcy </w:t>
        <w:tab/>
      </w:r>
      <w:r>
        <w:rPr>
          <w:b w:val="0"/>
          <w:i w:val="0"/>
        </w:rPr>
        <w:tab/>
      </w:r>
      <w:r>
        <w:rPr>
          <w:b w:val="0"/>
          <w:i w:val="0"/>
        </w:rPr>
        <w:t xml:space="preserve">PESEL lub REGON </w:t>
        <w:tab/>
      </w:r>
    </w:p>
    <w:p>
      <w:pPr>
        <w:spacing w:before="24" w:after="0"/>
      </w:pPr>
    </w:p>
    <w:p>
      <w:pPr>
        <w:spacing w:before="0" w:after="40"/>
        <w:jc w:val="both"/>
      </w:pPr>
      <w:r>
        <w:rPr>
          <w:b w:val="0"/>
          <w:i w:val="0"/>
        </w:rPr>
        <w:t>Pełnomocnik może w moim imieniu złożyć i podpisać zawiadomienie o zbyciu pojazdu wraz z kopią umowy, złożyć wyjaśnienia, uzupełnić braki i odebrać potwierdzenie złożenia zawiadomienia. Pełnomocnictwo nie obejmuje ustanawiania dalszych pełnomocników.</w:t>
      </w:r>
    </w:p>
    <w:p>
      <w:pPr>
        <w:tabs>
          <w:tab w:pos="9638" w:val="right" w:leader="dot"/>
        </w:tabs>
        <w:spacing w:before="60" w:after="20"/>
      </w:pPr>
      <w:r>
        <w:rPr>
          <w:b w:val="0"/>
          <w:i w:val="0"/>
        </w:rPr>
        <w:t xml:space="preserve">Pełnomocnictwo jest ważne do </w:t>
        <w:tab/>
      </w:r>
    </w:p>
    <w:p>
      <w:pPr>
        <w:spacing w:before="40" w:after="0"/>
      </w:pPr>
    </w:p>
    <w:p>
      <w:pPr>
        <w:spacing w:before="0" w:after="40"/>
        <w:jc w:val="both"/>
      </w:pPr>
      <w:r>
        <w:rPr>
          <w:b w:val="0"/>
          <w:i/>
          <w:sz w:val="18"/>
        </w:rPr>
        <w:t>Zbycie zgłasza się w ciągu 30 dni od dnia zbycia (art. 78 ust. 2 Prawa o ruchu drogowym); za spóźnienie grozi kara 250 zł (art. 140mb ust. 6). Samo zgłoszenie jest bezpłatne. Opłata skarbowa od złożenia pełnomocnictwa wynosi 17 zł, chyba że pełnomocnikiem jest małżonek, wstępny, zstępny lub rodzeństwo. Gdy pojazd ma współwłaścicieli, wystarczy zgłoszenie jednego z nich (art. 78 ust. 2b).</w:t>
      </w:r>
    </w:p>
    <w:tbl>
      <w:tblPr>
        <w:tblW w:type="auto" w:w="0"/>
        <w:jc w:val="center"/>
        <w:tblLook w:firstColumn="1" w:firstRow="1" w:lastColumn="0" w:lastRow="0" w:noHBand="0" w:noVBand="1" w:val="04A0"/>
      </w:tblPr>
      <w:tblGrid>
        <w:gridCol w:w="9638"/>
      </w:tblGrid>
      <w:tr>
        <w:tc>
          <w:tcPr>
            <w:tcW w:type="dxa" w:w="9638"/>
          </w:tcPr>
          <w:p>
            <w:pPr>
              <w:spacing w:before="560"/>
              <w:jc w:val="center"/>
            </w:pPr>
            <w:r>
              <w:rPr>
                <w:b w:val="0"/>
                <w:i w:val="0"/>
              </w:rPr>
              <w:t>..................................</w:t>
            </w:r>
          </w:p>
        </w:tc>
      </w:tr>
      <w:tr>
        <w:tc>
          <w:tcPr>
            <w:tcW w:type="dxa" w:w="9638"/>
          </w:tcPr>
          <w:p>
            <w:pPr>
              <w:jc w:val="center"/>
            </w:pPr>
            <w:r>
              <w:rPr>
                <w:b/>
                <w:i w:val="0"/>
              </w:rPr>
              <w:t>czytelny podpis mocodawcy</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b/>
          <w:u w:val="single"/>
          <w:sz w:val="15"/>
        </w:rPr>
        <w:t xml:space="preserve">Masz kolejny samochód do sprzedania? Wystaw ogłoszenie na denwi.pl za 0 zł, bez prowizji.</w:t>
      </w:r>
    </w:hyperlink>
    <w:r>
      <w:rPr>
        <w:b w:val="0"/>
        <w:i w:val="0"/>
      </w:rPr>
      <w:br/>
    </w:r>
    <w:r>
      <w:rPr>
        <w:b w:val="0"/>
        <w:i w:val="0"/>
        <w:sz w:val="14"/>
      </w:rPr>
      <w:t>Bezpłatny wzór: denwi.pl/wzory-umow/pelnomocnictwo-do-zgloszenia-zbycia-pojazdu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nwi.pl/nowe-ogloszenie?kategoria=samochody&amp;podkategoria=osobowe&amp;utm_source=wzor-pdf&amp;utm_medium=docx&amp;utm_campaign=pelnomocnictwo-do-zgloszenia-zbycia-poja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Pełnomocnictwo do zgłoszenia zbycia pojazdu - wzór Word (Denwi.pl)</dc:title>
  <dc:subject>Wzór pełnomocnictwa do zawiadomienia starosty o zbyciu pojazdu (sprzedaż, darowizna, zamiana) w terminie 30 dni; pełnomocnikiem może być np. kupujący albo członek rodziny</dc:subject>
  <dc:creator>Denwi.pl</dc:creator>
  <cp:keywords>pełnomocnictwo do zgłoszenia zbycia pojazdu, pełnomocnictwo do zbycia pojazdu, zawiadomienie o zbyciu pojazdu przez pełnomocnika, upoważnienie, wzór, Word, DOCX,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