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(imię i nazwisko mocodawcy (właściciela pojazdu))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(adres zamieszkania)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(PESEL)</w:t>
      </w:r>
    </w:p>
    <w:p>
      <w:pPr>
        <w:tabs>
          <w:tab w:pos="9638" w:val="right" w:leader="dot"/>
        </w:tabs>
        <w:spacing w:before="120" w:after="0"/>
        <w:ind w:left="5216"/>
      </w:pPr>
      <w:r>
        <w:rPr>
          <w:b w:val="0"/>
          <w:i w:val="0"/>
        </w:rPr>
        <w:tab/>
      </w:r>
    </w:p>
    <w:p>
      <w:pPr>
        <w:spacing w:before="0" w:after="40"/>
        <w:ind w:left="5216"/>
      </w:pPr>
      <w:r>
        <w:rPr>
          <w:b w:val="0"/>
          <w:i/>
          <w:sz w:val="15"/>
        </w:rPr>
        <w:t>(Starosta / Prezydent Miasta)</w:t>
      </w:r>
    </w:p>
    <w:p>
      <w:pPr>
        <w:tabs>
          <w:tab w:pos="9638" w:val="right" w:leader="dot"/>
        </w:tabs>
        <w:spacing w:before="120" w:after="0"/>
        <w:ind w:left="5216"/>
      </w:pPr>
      <w:r>
        <w:rPr>
          <w:b w:val="0"/>
          <w:i w:val="0"/>
        </w:rPr>
        <w:tab/>
      </w:r>
    </w:p>
    <w:p>
      <w:pPr>
        <w:spacing w:before="0" w:after="40"/>
        <w:ind w:left="5216"/>
      </w:pPr>
      <w:r>
        <w:rPr>
          <w:b w:val="0"/>
          <w:i/>
          <w:sz w:val="15"/>
        </w:rPr>
        <w:t>(adres wydziału komunikacji)</w:t>
      </w:r>
    </w:p>
    <w:p>
      <w:pPr>
        <w:spacing w:before="120" w:after="0"/>
      </w:pPr>
    </w:p>
    <w:p>
      <w:pPr>
        <w:spacing w:before="0" w:after="40"/>
        <w:jc w:val="center"/>
      </w:pPr>
      <w:r>
        <w:rPr>
          <w:b/>
          <w:i w:val="0"/>
          <w:sz w:val="28"/>
        </w:rPr>
        <w:t>PEŁNOMOCNICTWO</w:t>
      </w:r>
    </w:p>
    <w:p>
      <w:pPr>
        <w:spacing w:before="0" w:after="160"/>
        <w:jc w:val="center"/>
      </w:pPr>
      <w:r>
        <w:rPr>
          <w:b w:val="0"/>
          <w:i/>
        </w:rPr>
        <w:t>do wyrejestrowania pojazdu</w:t>
      </w:r>
    </w:p>
    <w:p>
      <w:pPr>
        <w:spacing w:before="0" w:after="40"/>
        <w:jc w:val="both"/>
      </w:pPr>
      <w:r>
        <w:rPr>
          <w:b/>
          <w:i w:val="0"/>
        </w:rPr>
        <w:t>Ja, niżej podpisany(-a), właściciel (współwłaściciel) pojazdu, udzielam pełnomocnictwa: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pełnomocnika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4377" w:val="right" w:leader="dot"/>
          <w:tab w:pos="460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seria i nr dowodu osobistego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Pełnomocnik jest moim (np. synem, żoną, współwłaścicielem, inną osobą) </w:t>
        <w:tab/>
      </w:r>
    </w:p>
    <w:p>
      <w:pPr>
        <w:spacing w:before="48" w:after="0"/>
      </w:pPr>
    </w:p>
    <w:p>
      <w:pPr>
        <w:spacing w:before="0" w:after="40"/>
        <w:jc w:val="both"/>
      </w:pPr>
      <w:r>
        <w:rPr>
          <w:b/>
          <w:i w:val="0"/>
        </w:rPr>
        <w:t>do wyrejestrowania pojazdu:</w:t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Rodzaj, 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rejestracyjny </w:t>
        <w:tab/>
      </w:r>
    </w:p>
    <w:p>
      <w:pPr>
        <w:tabs>
          <w:tab w:pos="6274" w:val="right" w:leader="dot"/>
          <w:tab w:pos="650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VIN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produkcji </w:t>
        <w:tab/>
      </w:r>
    </w:p>
    <w:p>
      <w:pPr>
        <w:spacing w:before="48" w:after="0"/>
      </w:pPr>
    </w:p>
    <w:p>
      <w:pPr>
        <w:spacing w:before="0" w:after="40"/>
        <w:jc w:val="both"/>
      </w:pPr>
      <w:r>
        <w:rPr>
          <w:b/>
          <w:i w:val="0"/>
        </w:rPr>
        <w:t>Przyczyna wyrejestrowania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przekazanie pojazdu do stacji demontażu lub punktu zbierania pojazdów (zaświadczenie o demontażu),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zbycie pojazdu za granicę albo wywóz i rejestracja za granicą,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kradzież pojazdu,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zniszczenie (kasacja) pojazdu za granicą,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trwała i zupełna utrata posiadania pojazdu (np. spalenie),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inna przyczyna z art. 79 ust. 1 Prawa o ruchu drogowym: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24" w:after="0"/>
      </w:pPr>
    </w:p>
    <w:p>
      <w:pPr>
        <w:spacing w:before="0" w:after="40"/>
        <w:jc w:val="both"/>
      </w:pPr>
      <w:r>
        <w:rPr>
          <w:b w:val="0"/>
          <w:i w:val="0"/>
        </w:rPr>
        <w:t>Pełnomocnik może w moim imieniu złożyć i podpisać wniosek o wyrejestrowanie, złożyć dowód rejestracyjny, tablice rejestracyjne i dokumenty potwierdzające przyczynę wyrejestrowania, uiścić opłaty, uzupełnić braki, odebrać decyzję o wyrejestrowaniu i korespondencję w tej sprawie. Pełnomocnictwo nie obejmuje ustanawiania dalszych pełnomocników.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Pełnomocnictwo jest ważne do (albo „do zakończenia sprawy”) </w:t>
        <w:tab/>
      </w:r>
    </w:p>
    <w:p>
      <w:pPr>
        <w:spacing w:before="40" w:after="0"/>
      </w:pPr>
    </w:p>
    <w:p>
      <w:pPr>
        <w:spacing w:before="0" w:after="40"/>
        <w:jc w:val="both"/>
      </w:pPr>
      <w:r>
        <w:rPr>
          <w:b w:val="0"/>
          <w:i/>
          <w:sz w:val="18"/>
        </w:rPr>
        <w:t>Pełnomocnik składa w urzędzie oryginał albo urzędowo poświadczony odpis pełnomocnictwa i okazuje własny dowód osobisty. Opłata skarbowa od złożenia pełnomocnictwa wynosi 17 zł; nie płaci się jej, gdy pełnomocnikiem jest małżonek, wstępny (rodzic, dziadek), zstępny (dziecko, wnuk) lub rodzeństwo. Gdy pojazd ma kilku współwłaścicieli, każdy z nieobecnych podpisuje odrębne pełnomocnictwo.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9638"/>
          </w:tcPr>
          <w:p>
            <w:pPr>
              <w:jc w:val="center"/>
            </w:pPr>
            <w:r>
              <w:rPr>
                <w:b/>
                <w:i w:val="0"/>
              </w:rPr>
              <w:t>czytelny podpis mocodawcy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Zostały sprawne części z auta?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denwi.pl/wzory-umow/pelnomocnictwo-do-wyrejestrowania-pojazdu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czesci&amp;podkategoria=silnik-czesci&amp;utm_source=wzor-pdf&amp;utm_medium=docx&amp;utm_campaign=pelnomocnictwo-do-wyrejestrowania-poja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Pełnomocnictwo do wyrejestrowania pojazdu - wzór Word (Denwi.pl)</dc:title>
  <dc:subject>Wzór pełnomocnictwa do wyrejestrowania pojazdu w wydziale komunikacji: kasacja w stacji demontażu, sprzedaż i wywóz za granicę, kradzież, trwała utrata; także dla współwłaściciela</dc:subject>
  <dc:creator>Denwi.pl</dc:creator>
  <cp:keywords>pełnomocnictwo do wyrejestrowania pojazdu, upoważnienie do wyrejestrowania samochodu, wyrejestrowanie pojazdu przez pełnomocnika, współwłaściciel, wzór,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