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OŚWIADCZENIE WŁAŚCICIELA LOKALU</w:t>
      </w:r>
    </w:p>
    <w:p>
      <w:pPr>
        <w:spacing w:before="0" w:after="160"/>
        <w:jc w:val="center"/>
      </w:pPr>
      <w:r>
        <w:rPr>
          <w:b w:val="0"/>
          <w:i/>
        </w:rPr>
        <w:t>o zapewnieniu miejsca zamieszkania najemcy, art. 19a ust. 2 pkt 2 i 3 ustawy o ochronie praw lokatorów</w:t>
      </w:r>
    </w:p>
    <w:p>
      <w:pPr>
        <w:spacing w:before="120" w:after="40"/>
      </w:pPr>
      <w:r>
        <w:rPr>
          <w:b/>
          <w:i w:val="0"/>
        </w:rPr>
        <w:t>Część A. Wskazanie lokalu przez Najemcę (art. 19a ust. 2 pkt 2)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Najemca: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najmu okazjonalnego lokalu pod adresem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zawarta (zawierana) z Wynajmującym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dniu </w:t>
        <w:tab/>
      </w:r>
    </w:p>
    <w:p>
      <w:pPr>
        <w:spacing w:before="0" w:after="40"/>
        <w:jc w:val="both"/>
      </w:pPr>
      <w:r>
        <w:rPr>
          <w:b w:val="0"/>
          <w:i w:val="0"/>
        </w:rPr>
        <w:t>Wskazuję lokal opisany w części B jako lokal, w którym zamieszkam wraz z osobami ze mną zamieszkującymi w przypadku wykonania egzekucji obowiązku opróżnienia lokalu wynajmowanego.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Osoby zamieszkujące z Najemcą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Najemca (podpis)</w:t>
            </w:r>
          </w:p>
        </w:tc>
      </w:tr>
    </w:tbl>
    <w:p>
      <w:pPr>
        <w:spacing w:before="160" w:after="0"/>
      </w:pPr>
    </w:p>
    <w:p>
      <w:pPr>
        <w:spacing w:before="120" w:after="40"/>
      </w:pPr>
      <w:r>
        <w:rPr>
          <w:b/>
          <w:i w:val="0"/>
        </w:rPr>
        <w:t>Część B. Oświadczenie właściciela lokalu (art. 19a ust. 2 pkt 3)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Właściciel: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dowód osobisty nr </w:t>
        <w:tab/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właściciel (współwłaściciel, małżonek)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zapewnianego Najemcy </w:t>
        <w:tab/>
      </w:r>
    </w:p>
    <w:p>
      <w:pPr>
        <w:tabs>
          <w:tab w:pos="4953" w:val="right" w:leader="dot"/>
          <w:tab w:pos="518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powierzchnia, liczba pokoi </w:t>
        <w:tab/>
      </w:r>
    </w:p>
    <w:p>
      <w:pPr>
        <w:spacing w:before="0" w:after="40"/>
        <w:jc w:val="both"/>
      </w:pPr>
      <w:r>
        <w:rPr>
          <w:b w:val="0"/>
          <w:i w:val="0"/>
        </w:rPr>
        <w:t>Tytuł prawny do tego lokalu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własność lub współwłasność,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spółdzielcze własnościowe prawo do lokalu,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 (najem, użyczenie, służebność mieszkania): ...................................................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Oświadczam (oświadczamy), że wyrażam zgodę na zamieszkanie w tym lokalu Najemcy wskazanego w części A oraz osób z nim zamieszkujących w przypadku wykonania egzekucji obowiązku opróżnienia lokalu wynajmowanego na podstawie umowy najmu okazjonalnego. Zapewniam Najemcy miejsce zamieszkania w tym lokalu. O utracie tytułu prawnego do lokalu albo cofnięciu zgody zawiadomię Najemcę na piśmie; Najemca ma wtedy 21 dni na wskazanie innego lokalu (art. 19a ust. 3).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Właściciel (podpis)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Drugi właściciel (podpis)</w:t>
            </w:r>
          </w:p>
        </w:tc>
      </w:tr>
    </w:tbl>
    <w:p>
      <w:pPr>
        <w:spacing w:before="200" w:after="0"/>
      </w:pPr>
    </w:p>
    <w:p>
      <w:pPr>
        <w:spacing w:before="120" w:after="40"/>
      </w:pPr>
      <w:r>
        <w:rPr>
          <w:b/>
          <w:i w:val="0"/>
        </w:rPr>
        <w:t>Poświadczenie podpisów (tylko gdy żąda tego Wynajmujący)</w:t>
      </w:r>
    </w:p>
    <w:p>
      <w:pPr>
        <w:spacing w:before="0" w:after="40"/>
        <w:jc w:val="both"/>
      </w:pPr>
      <w:r>
        <w:rPr>
          <w:b w:val="0"/>
          <w:i/>
          <w:sz w:val="18"/>
        </w:rPr>
        <w:t>Na żądanie Wynajmującego załącza się oświadczenie z części B z podpisem notarialnie poświadczonym (art. 19a ust. 2 pkt 3). Właściciel podpisuje wtedy przy notariuszu albo uznaje przed nim podpis za własny; aktu notarialnego się nie sporządza. Taksa: najwyżej 20 zł netto za podpis plus VAT (§ 13 pkt 1 lit. b rozporządzenia w sprawie maksymalnych stawek taksy notarialnej).</w:t>
      </w:r>
    </w:p>
    <w:p>
      <w:pPr>
        <w:spacing w:before="480" w:after="0"/>
      </w:pP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denwi.pl/wzory-umow/oswiadczenie-wlasciciela-lokalu-najem-okazjonalny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właściciela lokalu (najem okazjonalny) z wskazaniem lokalu przez najemcę - wzór Word (Denwi.pl)</dc:title>
  <dc:subject>Dwa załączniki do umowy najmu okazjonalnego na jednej kartce: wskazanie lokalu przez najemcę i oświadczenie właściciela tego lokalu o zapewnieniu miejsca zamieszkania (art. 19a ust. 2 pkt 2 i 3 ustawy o ochronie praw lokatorów)</dc:subject>
  <dc:creator>Denwi.pl</dc:creator>
  <cp:keywords>oświadczenie właściciela lokalu najem okazjonalny, oświadczenie właściciela lokalu zastępczego, oświadczenie o zapewnieniu miejsca zamieszkania, wskazanie lokalu najem okazjonalny,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