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SPRAWCY KOLIZJI DROGOWEJ</w:t>
      </w:r>
    </w:p>
    <w:p>
      <w:pPr>
        <w:spacing w:before="0" w:after="160"/>
        <w:jc w:val="center"/>
      </w:pPr>
      <w:r>
        <w:rPr>
          <w:b w:val="0"/>
          <w:i/>
        </w:rPr>
        <w:t>zdarzenie bez osób rannych, spisane przez kierujących na miejscu</w:t>
      </w:r>
    </w:p>
    <w:p>
      <w:pPr>
        <w:spacing w:before="0" w:after="40"/>
        <w:jc w:val="both"/>
      </w:pPr>
      <w:r>
        <w:rPr>
          <w:b w:val="0"/>
          <w:i/>
          <w:sz w:val="18"/>
        </w:rPr>
        <w:t>Policję (112) musisz wezwać, gdy ktoś jest ranny lub zginął albo zachodzi podejrzenie przestępstwa, np. jazdy po alkoholu (art. 44 ust. 2 Prawa o ruchu drogowym, art. 16 ust. 1 pkt 3 ustawy o ubezpieczeniach obowiązkowych). Wezwij ją też zamiast spisywać oświadczenie, gdy nie zgadzacie się co do winy, sprawca nie ma prawa jazdy, dokumentów lub ważnego OC albo odmawia podpisu.</w:t>
      </w:r>
    </w:p>
    <w:p>
      <w:pPr>
        <w:keepNext/>
        <w:spacing w:before="80" w:after="20"/>
        <w:jc w:val="center"/>
      </w:pPr>
      <w:r>
        <w:rPr>
          <w:b/>
          <w:i w:val="0"/>
        </w:rPr>
        <w:t>§ 1. Zdarzenie</w:t>
      </w:r>
    </w:p>
    <w:p>
      <w:pPr>
        <w:tabs>
          <w:tab w:pos="5882" w:val="right" w:leader="dot"/>
          <w:tab w:pos="610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zdarzenia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godzina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(miejscowość, ulica lub droga, skrzyżowanie, parking)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szkody (np. ogrodzenie, znak, słup, rzeczy w aucie;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Sprawca: kierujący pojazdem A</w:t>
      </w:r>
    </w:p>
    <w:p>
      <w:pPr>
        <w:spacing w:before="80" w:after="40"/>
      </w:pPr>
      <w:r>
        <w:rPr>
          <w:b/>
          <w:i/>
        </w:rPr>
        <w:t>Pojazd A (sprawcy):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kierującego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prawa jazdy i kategoria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wydane przez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pojazdu, jeśli inny niż kierujący (imię i nazwisko lub nazwa, adres) </w:t>
        <w:tab/>
      </w:r>
    </w:p>
    <w:p>
      <w:pPr>
        <w:tabs>
          <w:tab w:pos="5561" w:val="right" w:leader="dot"/>
          <w:tab w:pos="5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pojazdu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124" w:val="right" w:leader="dot"/>
          <w:tab w:pos="4350" w:val="left"/>
          <w:tab w:pos="7349" w:val="right" w:leader="dot"/>
          <w:tab w:pos="7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polisy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Poszkodowany: kierujący pojazdem B</w:t>
      </w:r>
    </w:p>
    <w:p>
      <w:pPr>
        <w:spacing w:before="80" w:after="40"/>
      </w:pPr>
      <w:r>
        <w:rPr>
          <w:b/>
          <w:i/>
        </w:rPr>
        <w:t>Pojazd B (poszkodowanego):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kierującego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seria i nr dowodu osobistego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prawa jazdy i kategoria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wydane przez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pojazdu, jeśli inny niż kierujący (imię i nazwisko lub nazwa, adres) </w:t>
        <w:tab/>
      </w:r>
    </w:p>
    <w:p>
      <w:pPr>
        <w:tabs>
          <w:tab w:pos="5561" w:val="right" w:leader="dot"/>
          <w:tab w:pos="5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Rodzaj, marka i model pojazdu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4124" w:val="right" w:leader="dot"/>
          <w:tab w:pos="4350" w:val="left"/>
          <w:tab w:pos="7349" w:val="right" w:leader="dot"/>
          <w:tab w:pos="7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polisy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Przebieg zdarzenia</w:t>
      </w:r>
    </w:p>
    <w:p>
      <w:pPr>
        <w:spacing w:before="0" w:after="40"/>
        <w:jc w:val="both"/>
      </w:pPr>
      <w:r>
        <w:rPr>
          <w:b w:val="0"/>
          <w:i w:val="0"/>
        </w:rPr>
        <w:t>Kierujący pojazdem A (zaznacz, co pasuje):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najechał na tył pojazdu B,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ustąpił pierwszeństwa przejazdu,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zmieniał pas ruchu lub skręcał,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cofał, parkował lub wyjeżdżał z miejsca postoju,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otworzył drzwi pojazdu,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(opisz niżej).</w:t>
      </w:r>
    </w:p>
    <w:p>
      <w:pPr>
        <w:spacing w:before="0" w:after="40"/>
        <w:jc w:val="both"/>
      </w:pPr>
      <w:r>
        <w:rPr>
          <w:b w:val="0"/>
          <w:i w:val="0"/>
        </w:rPr>
        <w:t>Opis przebiegu zdarzenia (kierunki jazdy, pasy, znaki i sygnalizacja, prędkość, warunki na drodze):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r>
        <w:br w:type="page"/>
      </w:r>
    </w:p>
    <w:p>
      <w:pPr>
        <w:keepNext/>
        <w:spacing w:before="80" w:after="20"/>
        <w:jc w:val="center"/>
      </w:pPr>
      <w:r>
        <w:rPr>
          <w:b/>
          <w:i w:val="0"/>
        </w:rPr>
        <w:t>§ 5. Szkic sytuacyjny</w:t>
      </w:r>
    </w:p>
    <w:p>
      <w:pPr>
        <w:spacing w:before="0" w:after="40"/>
        <w:jc w:val="both"/>
      </w:pPr>
      <w:r>
        <w:rPr>
          <w:b w:val="0"/>
          <w:i/>
          <w:sz w:val="18"/>
        </w:rPr>
        <w:t>Narysuj układ drogi, pasy, znaki, kierunki jazdy (strzałki), położenie pojazdów A i B w chwili zderzenia i miejsce uderzenia (X). Wpisz nazwy ulic.</w:t>
      </w:r>
    </w:p>
    <w:p>
      <w:pPr>
        <w:spacing w:before="10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  <w:tc>
          <w:tcPr>
            <w:tcW w:type="dxa" w:w="535"/>
          </w:tcPr>
          <w:p>
            <w:r>
              <w:rPr>
                <w:b w:val="0"/>
                <w:i w:val="0"/>
                <w:sz w:val="19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6. Uszkodzenia pojazdów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A (sprawcy)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Pojazd B (poszkodowanego)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Świadkowie</w:t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1.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adres lub telefon </w:t>
        <w:tab/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2.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adres lub telefon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Policja była na miejscu zdarzenia: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jednostka i nr sprawy lub mandatu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Oświadczenie sprawcy</w:t>
      </w:r>
    </w:p>
    <w:p>
      <w:pPr>
        <w:spacing w:before="0" w:after="40"/>
        <w:jc w:val="both"/>
      </w:pPr>
      <w:r>
        <w:rPr>
          <w:b/>
          <w:i w:val="0"/>
        </w:rPr>
        <w:t>Ja, kierujący pojazdem A, oświadczam, że jestem sprawcą opisanego zdarzenia i ponoszę winę za jego spowodowanie. Przebieg zdarzenia, szkic i uszkodzenia opisano zgodnie z prawdą. Oświadczenie składam dobrowolnie. W chwili zdarzenia byłem(-am) trzeźwy(-a), nie byłem(-am) pod wpływem środków odurzających i miałem(-am) uprawnienia do kierowania pojazdem A.</w:t>
      </w:r>
    </w:p>
    <w:p>
      <w:pPr>
        <w:spacing w:before="0" w:after="40"/>
        <w:jc w:val="both"/>
      </w:pPr>
      <w:r>
        <w:rPr>
          <w:b w:val="0"/>
          <w:i w:val="0"/>
        </w:rPr>
        <w:t>Kierujący okazali sobie nawzajem dowody osobiste, prawa jazdy, dowody rejestracyjne i potwierdzenia zawarcia umowy OC, a dane w § 2 i § 3 przepisano z tych dokumentów. Oświadczenie sporządzono w dwóch jednobrzmiących egzemplarzach, po jednym dla każdego kierującego.</w:t>
      </w:r>
    </w:p>
    <w:p>
      <w:pPr>
        <w:spacing w:before="0" w:after="40"/>
        <w:jc w:val="both"/>
      </w:pPr>
      <w:r>
        <w:rPr>
          <w:b w:val="0"/>
          <w:i/>
          <w:sz w:val="18"/>
        </w:rPr>
        <w:t>Poszkodowany zgłasza szkodę ubezpieczycielowi OC sprawcy; sprawca niezwłocznie powiadamia swojego ubezpieczyciela o zdarzeniu (art. 16 ust. 2 pkt 2 ustawy o ubezpieczeniach obowiązkowych). Polisę sprawcy można sprawdzić bezpłatnie na ufg.pl po numerze rejestracyjnym.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kierujących (opcjonalnie)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Sprawca (kierujący pojazdem 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Poszkodowany (kierujący pojazdem B)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części samochodowe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denwi.pl/wzory-umow/oswiadczenie-sprawcy-kolizji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utm_source=wzor-pdf&amp;utm_medium=docx&amp;utm_campaign=oswiadczenie-sprawcy-koliz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sprawcy kolizji - wzór Word (Denwi.pl)</dc:title>
  <dc:subject>Wzór oświadczenia sprawcy kolizji drogowej z danymi kierowców, pojazdów i polis OC, szkicem, uszkodzeniami i przyznaniem się do winy</dc:subject>
  <dc:creator>Denwi.pl</dc:creator>
  <cp:keywords>oświadczenie sprawcy kolizji, oświadczenie sprawcy kolizji wzór, oświadczenie o kolizji, oświadczenie sprawcy wypadku, druk,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