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O WYRAŻENIU ZGODY NA ZAMIESZKANIE NAJEMCY</w:t>
      </w:r>
    </w:p>
    <w:p>
      <w:pPr>
        <w:spacing w:before="0" w:after="160"/>
        <w:jc w:val="center"/>
      </w:pPr>
      <w:r>
        <w:rPr>
          <w:b w:val="0"/>
          <w:i/>
        </w:rPr>
        <w:t>załącznik do umowy najmu okazjonalnego, art. 19a ust. 2 pkt 3 ustawy o ochronie praw lokatorów</w:t>
      </w:r>
    </w:p>
    <w:p>
      <w:pPr>
        <w:spacing w:before="80" w:after="40"/>
      </w:pPr>
      <w:r>
        <w:rPr>
          <w:b/>
          <w:i/>
        </w:rPr>
        <w:t>Składający oświadczenie (właściciel lub osoba z tytułem prawnym do lokalu):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lub małżonek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 w:val="0"/>
        </w:rPr>
        <w:t>Oświadczam, że przysługuje mi tytuł prawny do lokalu: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jest) </w:t>
        <w:tab/>
      </w:r>
    </w:p>
    <w:p>
      <w:pPr>
        <w:spacing w:before="0" w:after="40"/>
        <w:jc w:val="both"/>
      </w:pPr>
      <w:r>
        <w:rPr>
          <w:b w:val="0"/>
          <w:i w:val="0"/>
        </w:rPr>
        <w:t>Mój tytuł prawny do lokalu to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własność albo współwłasność,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spółdzielcze własnościowe prawo do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najem, użyczenie albo inny tytuł wpisany niżej: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Inny tytuł prawny i jego podstawa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 w:val="0"/>
        </w:rPr>
        <w:t>Wyrażam zgodę na zamieszkanie w tym lokalu Najemcy oraz osób z nim zamieszkujących w przypadku wykonania egzekucji obowiązku opróżnienia lokalu wynajmowanego na podstawie umowy najmu okazjonalnego opisanej niżej: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 (imię i nazwisko)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 zamieszkujące z Najemcą (imiona i nazwiska)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/>
          <w:i w:val="0"/>
        </w:rPr>
        <w:t>Umowa najmu okazjonalnego, której dotyczy zgoda: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Wynajmujący (imię i nazwisko)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wynajmowanego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zawarcia umowy (albo „umowa zawierana”)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 w:val="0"/>
        </w:rPr>
        <w:t>Wiem, że oświadczenie jest załącznikiem do umowy najmu okazjonalnego, a Najemca i jego domownicy mogą zamieszkać w moim lokalu po opróżnieniu lokalu wynajmowanego w drodze egzekucji. O cofnięciu zgody albo utracie tytułu prawnego do lokalu zawiadomię Najemcę na piśmie. Najemca ma wtedy 21 dni na wskazanie innego lokalu i przedstawienie nowego oświadczenia (art. 19a ust. 3 ustawy).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Składający oświadczenie (podpis)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Współwłaściciel lub małżonek (podpis)</w:t>
            </w:r>
          </w:p>
        </w:tc>
      </w:tr>
    </w:tbl>
    <w:p>
      <w:pPr>
        <w:spacing w:before="160" w:after="0"/>
      </w:pPr>
    </w:p>
    <w:p>
      <w:pPr>
        <w:spacing w:before="120" w:after="40"/>
      </w:pPr>
      <w:r>
        <w:rPr>
          <w:b/>
          <w:i w:val="0"/>
        </w:rPr>
        <w:t>Poświadczenie podpisu przez notariusza (tylko na żądanie wynajmującego)</w:t>
      </w:r>
    </w:p>
    <w:p>
      <w:pPr>
        <w:spacing w:before="0" w:after="40"/>
        <w:jc w:val="both"/>
      </w:pPr>
      <w:r>
        <w:rPr>
          <w:b w:val="0"/>
          <w:i/>
          <w:sz w:val="18"/>
        </w:rPr>
        <w:t>Wynajmujący może zażądać oświadczenia z podpisem poświadczonym notarialnie (art. 19a ust. 2 pkt 3 ustawy). Podpis składa się wtedy przy notariuszu albo uznaje przed nim za własny. Notariusz poświadcza go na tym dokumencie; nie jest potrzebny akt notarialny.</w:t>
      </w:r>
    </w:p>
    <w:p>
      <w:pPr>
        <w:spacing w:before="880" w:after="0"/>
      </w:pP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denwi.pl/wzory-umow/oswiadczenie-o-zgodzie-na-zamieszkanie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zgodzie na zamieszkanie najemcy - wzór Word (Denwi.pl)</dc:title>
  <dc:subject>Wzór oświadczenia właściciela lokalu o wyrażeniu zgody na zamieszkanie najemcy i osób z nim zamieszkujących, załącznik do umowy najmu okazjonalnego (art. 19a ust. 2 pkt 3 ustawy o ochronie praw lokatorów)</dc:subject>
  <dc:creator>Denwi.pl</dc:creator>
  <cp:keywords>oświadczenie o wyrażeniu zgody na zamieszkanie najemcy, oświadczenie właściciela lokalu najem okazjonalny, zgoda na zamieszkanie wzór, załącznik do umowy najmu okazjonalnego,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