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9638" w:val="right" w:leader="dot"/>
        </w:tabs>
        <w:spacing w:before="120" w:after="0"/>
        <w:ind w:left="4649"/>
      </w:pPr>
      <w:r>
        <w:rPr>
          <w:b w:val="0"/>
          <w:i w:val="0"/>
        </w:rPr>
        <w:tab/>
      </w:r>
    </w:p>
    <w:p>
      <w:pPr>
        <w:spacing w:before="0" w:after="40"/>
        <w:ind w:left="4649"/>
      </w:pPr>
      <w:r>
        <w:rPr>
          <w:b w:val="0"/>
          <w:i/>
          <w:sz w:val="15"/>
        </w:rPr>
        <w:t>(nazwa przedsiębiorcy (sklepu))</w:t>
      </w:r>
    </w:p>
    <w:p>
      <w:pPr>
        <w:tabs>
          <w:tab w:pos="9638" w:val="right" w:leader="dot"/>
        </w:tabs>
        <w:spacing w:before="120" w:after="0"/>
        <w:ind w:left="4649"/>
      </w:pPr>
      <w:r>
        <w:rPr>
          <w:b w:val="0"/>
          <w:i w:val="0"/>
        </w:rPr>
        <w:tab/>
      </w:r>
    </w:p>
    <w:p>
      <w:pPr>
        <w:spacing w:before="0" w:after="40"/>
        <w:ind w:left="4649"/>
      </w:pPr>
      <w:r>
        <w:rPr>
          <w:b w:val="0"/>
          <w:i/>
          <w:sz w:val="15"/>
        </w:rPr>
        <w:t>(pełny adres pocztowy)</w:t>
      </w:r>
    </w:p>
    <w:p>
      <w:pPr>
        <w:tabs>
          <w:tab w:pos="9638" w:val="right" w:leader="dot"/>
        </w:tabs>
        <w:spacing w:before="120" w:after="0"/>
        <w:ind w:left="4649"/>
      </w:pPr>
      <w:r>
        <w:rPr>
          <w:b w:val="0"/>
          <w:i w:val="0"/>
        </w:rPr>
        <w:tab/>
      </w:r>
    </w:p>
    <w:p>
      <w:pPr>
        <w:spacing w:before="0" w:after="40"/>
        <w:ind w:left="4649"/>
      </w:pPr>
      <w:r>
        <w:rPr>
          <w:b w:val="0"/>
          <w:i/>
          <w:sz w:val="15"/>
        </w:rPr>
        <w:t>(adres e-mail)</w:t>
      </w:r>
    </w:p>
    <w:p>
      <w:pPr>
        <w:spacing w:before="120" w:after="0"/>
      </w:pPr>
    </w:p>
    <w:p>
      <w:pPr>
        <w:spacing w:before="0" w:after="40"/>
        <w:jc w:val="center"/>
      </w:pPr>
      <w:r>
        <w:rPr>
          <w:b/>
          <w:i w:val="0"/>
          <w:sz w:val="28"/>
        </w:rPr>
        <w:t>FORMULARZ ODSTĄPIENIA OD UMOWY</w:t>
      </w:r>
    </w:p>
    <w:p>
      <w:pPr>
        <w:spacing w:before="0" w:after="160"/>
        <w:jc w:val="center"/>
      </w:pPr>
      <w:r>
        <w:rPr>
          <w:b w:val="0"/>
          <w:i/>
        </w:rPr>
        <w:t>wzór z załącznika nr 2 do ustawy z dnia 30 maja 2014 r. o prawach konsumenta</w:t>
      </w:r>
    </w:p>
    <w:p>
      <w:pPr>
        <w:spacing w:before="0" w:after="40"/>
        <w:jc w:val="both"/>
      </w:pPr>
      <w:r>
        <w:rPr>
          <w:b w:val="0"/>
          <w:i/>
          <w:sz w:val="18"/>
        </w:rPr>
        <w:t>(formularz ten należy wypełnić i odesłać tylko w przypadku chęci odstąpienia od umowy)</w:t>
      </w:r>
    </w:p>
    <w:p>
      <w:pPr>
        <w:spacing w:before="0" w:after="40"/>
        <w:jc w:val="both"/>
      </w:pPr>
      <w:r>
        <w:rPr>
          <w:b/>
          <w:i w:val="0"/>
        </w:rPr>
        <w:t>Ja / My niniejszym informuję / informujemy o moim / naszym odstąpieniu od umowy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sprzedaży następujących towarów,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dostawy następujących towarów,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 dzieło polegającej na wykonaniu następujących towarów,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o świadczenie następującej usługi:</w:t>
      </w:r>
    </w:p>
    <w:p>
      <w:pPr>
        <w:spacing w:before="100"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512"/>
        <w:gridCol w:w="1302"/>
        <w:gridCol w:w="1823"/>
      </w:tblGrid>
      <w:tr>
        <w:tc>
          <w:tcPr>
            <w:tcW w:type="dxa" w:w="6512"/>
          </w:tcPr>
          <w:p>
            <w:r>
              <w:rPr>
                <w:b/>
                <w:i w:val="0"/>
                <w:sz w:val="19"/>
              </w:rPr>
              <w:t>Towar lub usługa (nazwa, model, rozmiar, kolor)</w:t>
            </w:r>
          </w:p>
        </w:tc>
        <w:tc>
          <w:tcPr>
            <w:tcW w:type="dxa" w:w="1302"/>
          </w:tcPr>
          <w:p>
            <w:r>
              <w:rPr>
                <w:b/>
                <w:i w:val="0"/>
                <w:sz w:val="19"/>
              </w:rPr>
              <w:t>Ilość</w:t>
            </w:r>
          </w:p>
        </w:tc>
        <w:tc>
          <w:tcPr>
            <w:tcW w:type="dxa" w:w="1823"/>
          </w:tcPr>
          <w:p>
            <w:r>
              <w:rPr>
                <w:b/>
                <w:i w:val="0"/>
                <w:sz w:val="19"/>
              </w:rPr>
              <w:t>Cena (zł)</w:t>
            </w:r>
          </w:p>
        </w:tc>
      </w:tr>
      <w:tr>
        <w:trPr>
          <w:trHeight w:val="397" w:hRule="atLeast"/>
        </w:trPr>
        <w:tc>
          <w:tcPr>
            <w:tcW w:type="dxa" w:w="65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2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5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23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651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30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823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zawarcia umowy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odbioru towaru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Numer zamówienia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sklep lub serwis </w:t>
        <w:tab/>
      </w:r>
    </w:p>
    <w:p>
      <w:pPr>
        <w:spacing w:before="80" w:after="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konsumenta (konsumentów)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konsumenta (konsumentów)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Telefon lub e-mail (nieobowiązkowo) </w:t>
        <w:tab/>
      </w:r>
    </w:p>
    <w:p>
      <w:pPr>
        <w:spacing w:before="80" w:after="0"/>
      </w:pPr>
    </w:p>
    <w:p>
      <w:pPr>
        <w:spacing w:before="0" w:after="40"/>
        <w:jc w:val="both"/>
      </w:pPr>
      <w:r>
        <w:rPr>
          <w:b w:val="0"/>
          <w:i w:val="0"/>
        </w:rPr>
        <w:t>Proszę o zwrot wszystkich dokonanych płatności, w tym kosztów dostarczenia towaru, niezwłocznie, nie później niż w terminie 14 dni od dnia otrzymania tego oświadczenia (art. 32 ust. 1 ustawy o prawach konsumenta). Zwrot następuje tym samym sposobem zapłaty, którego użyłem(-am) (art. 32 ust. 2).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Wyrażam zgodę na zwrot przelewem na rachunek podany niżej, bez kosztów dla mnie.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Towar odesłałem(-am) lub odeślę najpóźniej w ciągu 14 dni od odstąpienia (art. 34 ust. 1); numer przesyłki podaję niżej.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Numer przesyłki zwrotnej </w:t>
        <w:tab/>
      </w:r>
    </w:p>
    <w:p>
      <w:pPr>
        <w:spacing w:before="80" w:after="0"/>
      </w:pPr>
    </w:p>
    <w:p>
      <w:pPr>
        <w:spacing w:before="0" w:after="40"/>
        <w:jc w:val="both"/>
      </w:pPr>
      <w:r>
        <w:rPr>
          <w:b w:val="0"/>
          <w:i/>
          <w:sz w:val="18"/>
        </w:rPr>
        <w:t>Podpis jest potrzebny tylko wtedy, gdy formularz jest przesyłany w wersji papierowej. Do zachowania 14-dniowego terminu wystarczy wysłać oświadczenie przed jego upływem (art. 30 ust. 2).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b/>
                <w:i w:val="0"/>
              </w:rPr>
              <w:t>Podpis konsumenta (konsumentów)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Rzecz nie przydała się, a nie da się jej zwrócić? Sprzedaj ją: ogłoszenie za darmo na denwi.pl.</w:t>
      <w:br/>
    </w:r>
    <w:r>
      <w:rPr>
        <w:b w:val="0"/>
        <w:i w:val="0"/>
        <w:sz w:val="14"/>
      </w:rPr>
      <w:t>Bezpłatny wzór: denwi.pl/wzory-umow/odstapienie-od-umowy-zawartej-na-odleglosc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Odstąpienie od umowy zawartej na odległość - formularz PDF (Denwi.pl)</dc:title>
  <dc:subject>Formularz odstąpienia od umowy zawartej na odległość według załącznika nr 2 do ustawy o prawach konsumenta, z prośbą o zwrot płatności w 14 dni</dc:subject>
  <dc:creator>Denwi.pl</dc:creator>
  <cp:keywords>odstąpienie od umowy zawartej na odległość, formularz odstąpienia od umowy, oświadczenie o odstąpieniu od umowy wzór, zwrot towaru 14 dni, załącznik nr 2,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