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(imię i nazwisko Kupującego, telefon lub e-mail)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(adres zamieszkania)</w:t>
      </w:r>
    </w:p>
    <w:p>
      <w:pPr>
        <w:tabs>
          <w:tab w:pos="9638" w:val="right" w:leader="dot"/>
        </w:tabs>
        <w:spacing w:before="120" w:after="0"/>
        <w:ind w:left="5216"/>
      </w:pPr>
      <w:r>
        <w:rPr>
          <w:b w:val="0"/>
          <w:i w:val="0"/>
        </w:rPr>
        <w:tab/>
      </w:r>
    </w:p>
    <w:p>
      <w:pPr>
        <w:spacing w:before="0" w:after="40"/>
        <w:ind w:left="5216"/>
      </w:pPr>
      <w:r>
        <w:rPr>
          <w:b w:val="0"/>
          <w:i/>
          <w:sz w:val="15"/>
        </w:rPr>
        <w:t>(imię i nazwisko lub nazwa firmy Sprzedającego)</w:t>
      </w:r>
    </w:p>
    <w:p>
      <w:pPr>
        <w:tabs>
          <w:tab w:pos="9638" w:val="right" w:leader="dot"/>
        </w:tabs>
        <w:spacing w:before="120" w:after="0"/>
        <w:ind w:left="5216"/>
      </w:pPr>
      <w:r>
        <w:rPr>
          <w:b w:val="0"/>
          <w:i w:val="0"/>
        </w:rPr>
        <w:tab/>
      </w:r>
    </w:p>
    <w:p>
      <w:pPr>
        <w:spacing w:before="0" w:after="40"/>
        <w:ind w:left="5216"/>
      </w:pPr>
      <w:r>
        <w:rPr>
          <w:b w:val="0"/>
          <w:i/>
          <w:sz w:val="15"/>
        </w:rPr>
        <w:t>(adres zamieszkania lub siedziby)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OŚWIADCZENIE O ODSTĄPIENIU OD UMOWY</w:t>
      </w:r>
    </w:p>
    <w:p>
      <w:pPr>
        <w:spacing w:before="0" w:after="160"/>
        <w:jc w:val="center"/>
      </w:pPr>
      <w:r>
        <w:rPr>
          <w:b w:val="0"/>
          <w:i/>
        </w:rPr>
        <w:t>kupna samochodu</w:t>
      </w:r>
    </w:p>
    <w:p>
      <w:pPr>
        <w:spacing w:before="0" w:after="40"/>
        <w:jc w:val="both"/>
      </w:pPr>
      <w:r>
        <w:rPr>
          <w:b/>
          <w:i/>
        </w:rPr>
        <w:t>Dotyczy umowy sprzedaży samochodu:</w:t>
      </w:r>
    </w:p>
    <w:p>
      <w:pPr>
        <w:tabs>
          <w:tab w:pos="4235" w:val="right" w:leader="dot"/>
          <w:tab w:pos="446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zawartej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 miejscowości </w:t>
        <w:tab/>
      </w:r>
    </w:p>
    <w:p>
      <w:pPr>
        <w:tabs>
          <w:tab w:pos="5378" w:val="right" w:leader="dot"/>
          <w:tab w:pos="560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rejestracyjny </w:t>
        <w:tab/>
      </w:r>
    </w:p>
    <w:p>
      <w:pPr>
        <w:tabs>
          <w:tab w:pos="5378" w:val="right" w:leader="dot"/>
          <w:tab w:pos="560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VIN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wydania pojazdu </w:t>
        <w:tab/>
      </w:r>
    </w:p>
    <w:p>
      <w:pPr>
        <w:tabs>
          <w:tab w:pos="4313" w:val="right" w:leader="dot"/>
          <w:tab w:pos="454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Zapłacona cena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/>
          <w:i w:val="0"/>
        </w:rPr>
        <w:t>Oświadczam, że odstępuję od powyższej umowy. Podstawa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istotna wada fizyczna pojazdu, rękojmia (art. 556¹ i 560 § 1 i 4 k.c.); gdy rękojmię wyłączono: wada podstępnie zatajona (art. 558 § 2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wada prawna: pojazd jest cudzy, obciążony prawem osoby trzeciej (np. zastawem) lub objęty zakazem z decyzji albo orzeczenia (art. 556³ i 560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jako konsument kupiłem pojazd od przedsiębiorcy, a pojazd jest niezgodny z umową (art. 43e ustawy o prawach konsumenta),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jako konsument kupiłem pojazd od przedsiębiorcy na odległość lub poza lokalem firmy i odstępuję w ciągu 14 dni od odbioru (art. 27 i 28 ustawy o prawach konsumenta),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umowne prawo odstąpienia zastrzeżone w umowie (art. 395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Sprzedający nie wykonał umowy: dałem zadatek (art. 394 § 1 k.c.) albo bezskutecznie upłynął wyznaczony mu dodatkowy termin (art. 491 § 1 k.c.).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Szczegóły (np. paragraf umowy, termin, kwota zadatku) </w:t>
        <w:tab/>
      </w:r>
    </w:p>
    <w:p>
      <w:pPr>
        <w:spacing w:before="0" w:after="40"/>
        <w:jc w:val="both"/>
      </w:pPr>
      <w:r>
        <w:rPr>
          <w:b/>
          <w:i w:val="0"/>
        </w:rPr>
        <w:t>Opis wady lub niewykonania umowy (co, kiedy i jak stwierdzono, kto potwierdził):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Wadę lub przyczynę stwierdziłem dnia </w:t>
        <w:tab/>
      </w:r>
    </w:p>
    <w:p>
      <w:pPr>
        <w:spacing w:before="0" w:after="40"/>
        <w:jc w:val="both"/>
      </w:pPr>
      <w:r>
        <w:rPr>
          <w:b/>
          <w:i w:val="0"/>
        </w:rPr>
        <w:t>W związku z odstąpieniem wzywam do zwrotu (art. 494 § 1 k.c.):</w:t>
      </w:r>
    </w:p>
    <w:p>
      <w:pPr>
        <w:tabs>
          <w:tab w:pos="4313" w:val="right" w:leader="dot"/>
          <w:tab w:pos="454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do zwrotu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tabs>
          <w:tab w:pos="3388" w:val="right" w:leader="dot"/>
          <w:tab w:pos="361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 terminie do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na rachunek nr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Inne koszty do zwrotu, rodzaj i kwota (art. 566 § 1, art. 574 § 1 k.c.) </w:t>
        <w:tab/>
      </w:r>
    </w:p>
    <w:p>
      <w:pPr>
        <w:spacing w:before="0" w:after="40"/>
        <w:jc w:val="both"/>
      </w:pPr>
      <w:r>
        <w:rPr>
          <w:b w:val="0"/>
          <w:i w:val="0"/>
        </w:rPr>
        <w:t>Pojazd z kluczykami i dokumentami wydam za zwrotem ceny (art. 496 k.c.) tam, gdzie mi go wydano, albo w innym uzgodnionym miejscu; przy rękojmi na koszt Sprzedającego (art. 561² k.c.).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Proponowane miejsce i termin zwrotu pojazdu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Załączniki (np. umowa, dowód zapłaty, zdjęcia, opinia mechanika)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Oświadczenie działa, gdy dotrze do Sprzedającego (art. 61 § 1 k.c.): wyślij je poleconym za potwierdzeniem odbioru albo wręcz za pokwitowaniem i zachowaj kopię.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9638"/>
          </w:tcPr>
          <w:p>
            <w:pPr>
              <w:jc w:val="center"/>
            </w:pPr>
            <w:r>
              <w:rPr>
                <w:b/>
                <w:i w:val="0"/>
              </w:rPr>
              <w:t>czytelny podpis Kupującego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Sprzedajesz samochód?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denwi.pl/wzory-umow/odstapienie-od-umowy-kupna-samochodu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samochody&amp;podkategoria=osobowe&amp;utm_source=wzor-pdf&amp;utm_medium=docx&amp;utm_campaign=odstapienie-od-umowy-kupna-samoch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Odstąpienie od umowy kupna samochodu - wzór Word (Denwi.pl)</dc:title>
  <dc:subject>Wzór oświadczenia o odstąpieniu od umowy kupna samochodu: rękojmia za wadę, wada prawna, prawo konsumenta, umowne prawo odstąpienia, zadatek</dc:subject>
  <dc:creator>Denwi.pl</dc:creator>
  <cp:keywords>odstąpienie od umowy kupna samochodu, odstąpienie od umowy kupna samochodu wzór, oświadczenie o odstąpieniu od umowy, rękojmia samochód, zwrot auta,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